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A96F4F2" w:rsidR="00C360BD" w:rsidRDefault="007D0305" w:rsidP="00C360BD">
      <w:pPr>
        <w:jc w:val="center"/>
        <w:rPr>
          <w:b/>
          <w:sz w:val="24"/>
        </w:rPr>
      </w:pPr>
      <w:r w:rsidRPr="007D0305">
        <w:rPr>
          <w:b/>
          <w:sz w:val="24"/>
        </w:rPr>
        <w:t xml:space="preserve">Markéta </w:t>
      </w:r>
      <w:proofErr w:type="spellStart"/>
      <w:r w:rsidRPr="007D0305">
        <w:rPr>
          <w:b/>
          <w:sz w:val="24"/>
        </w:rPr>
        <w:t>Šantrůčková</w:t>
      </w:r>
      <w:proofErr w:type="spellEnd"/>
      <w:r w:rsidRPr="007D0305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7D0305">
        <w:rPr>
          <w:b/>
          <w:sz w:val="24"/>
        </w:rPr>
        <w:t>Landscape Research Institute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4CCB4AB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F2EAA" w:rsidRPr="00BF2EAA">
        <w:t>Participative mapping of cultural landscape values</w:t>
      </w:r>
      <w:r>
        <w:t>”</w:t>
      </w:r>
      <w:r w:rsidR="0048495F">
        <w:t xml:space="preserve"> </w:t>
      </w:r>
    </w:p>
    <w:p w14:paraId="16DB20D1" w14:textId="5BD33D7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F2EAA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1E132" w14:textId="77777777" w:rsidR="00471CEF" w:rsidRDefault="00471CEF" w:rsidP="006521CC">
      <w:pPr>
        <w:spacing w:after="0" w:line="240" w:lineRule="auto"/>
      </w:pPr>
      <w:r>
        <w:separator/>
      </w:r>
    </w:p>
  </w:endnote>
  <w:endnote w:type="continuationSeparator" w:id="0">
    <w:p w14:paraId="06BA177D" w14:textId="77777777" w:rsidR="00471CEF" w:rsidRDefault="00471CEF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4000C" w14:textId="77777777" w:rsidR="00471CEF" w:rsidRDefault="00471CEF" w:rsidP="006521CC">
      <w:pPr>
        <w:spacing w:after="0" w:line="240" w:lineRule="auto"/>
      </w:pPr>
      <w:r>
        <w:separator/>
      </w:r>
    </w:p>
  </w:footnote>
  <w:footnote w:type="continuationSeparator" w:id="0">
    <w:p w14:paraId="14EDBAE4" w14:textId="77777777" w:rsidR="00471CEF" w:rsidRDefault="00471CEF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71CEF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2026-09-03T09:09:00Z</dcterms:created>
  <dcterms:modified xsi:type="dcterms:W3CDTF">2026-09-03T09:09:00Z</dcterms:modified>
  <cp:category/>
</cp:coreProperties>
</file>