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9298A46" w:rsidR="00C360BD" w:rsidRDefault="000628E7" w:rsidP="00C360BD">
      <w:pPr>
        <w:jc w:val="center"/>
        <w:rPr>
          <w:b/>
          <w:sz w:val="24"/>
        </w:rPr>
      </w:pPr>
      <w:r w:rsidRPr="000628E7">
        <w:rPr>
          <w:b/>
          <w:sz w:val="24"/>
        </w:rPr>
        <w:t>Marián Kulla</w:t>
      </w:r>
      <w:r w:rsidRPr="000628E7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0628E7">
        <w:rPr>
          <w:b/>
          <w:sz w:val="24"/>
        </w:rPr>
        <w:t>Pavol Jozef Šafárik University in Košice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55E13C4" w:rsidR="00920391" w:rsidRDefault="00920391" w:rsidP="00F66C19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147CF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0628E7" w:rsidRPr="000628E7">
        <w:t xml:space="preserve">Limits of </w:t>
      </w:r>
      <w:proofErr w:type="spellStart"/>
      <w:r w:rsidR="000628E7" w:rsidRPr="000628E7">
        <w:t>microgeography</w:t>
      </w:r>
      <w:proofErr w:type="spellEnd"/>
      <w:r w:rsidR="000628E7" w:rsidRPr="000628E7">
        <w:t xml:space="preserve">? Spatial patterns of software industries </w:t>
      </w:r>
      <w:r w:rsidR="000628E7">
        <w:br/>
      </w:r>
      <w:r w:rsidR="000628E7" w:rsidRPr="000628E7">
        <w:t>in Ostrava and Košice</w:t>
      </w:r>
      <w:r>
        <w:t>”</w:t>
      </w:r>
      <w:r w:rsidR="0048495F">
        <w:t xml:space="preserve"> </w:t>
      </w:r>
    </w:p>
    <w:p w14:paraId="16DB20D1" w14:textId="17C38A27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3147CF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75EDF" w14:textId="77777777" w:rsidR="001B1C29" w:rsidRDefault="001B1C29" w:rsidP="006521CC">
      <w:pPr>
        <w:spacing w:after="0" w:line="240" w:lineRule="auto"/>
      </w:pPr>
      <w:r>
        <w:separator/>
      </w:r>
    </w:p>
  </w:endnote>
  <w:endnote w:type="continuationSeparator" w:id="0">
    <w:p w14:paraId="2733D245" w14:textId="77777777" w:rsidR="001B1C29" w:rsidRDefault="001B1C29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A32D0" w14:textId="77777777" w:rsidR="001B1C29" w:rsidRDefault="001B1C29" w:rsidP="006521CC">
      <w:pPr>
        <w:spacing w:after="0" w:line="240" w:lineRule="auto"/>
      </w:pPr>
      <w:r>
        <w:separator/>
      </w:r>
    </w:p>
  </w:footnote>
  <w:footnote w:type="continuationSeparator" w:id="0">
    <w:p w14:paraId="181418D7" w14:textId="77777777" w:rsidR="001B1C29" w:rsidRDefault="001B1C29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B1C29"/>
    <w:rsid w:val="001E1322"/>
    <w:rsid w:val="001E229C"/>
    <w:rsid w:val="001E2352"/>
    <w:rsid w:val="001F6B8C"/>
    <w:rsid w:val="0020118A"/>
    <w:rsid w:val="0020168D"/>
    <w:rsid w:val="00203C34"/>
    <w:rsid w:val="00247B2F"/>
    <w:rsid w:val="0029639D"/>
    <w:rsid w:val="002B0023"/>
    <w:rsid w:val="002F361F"/>
    <w:rsid w:val="003147CF"/>
    <w:rsid w:val="00326F90"/>
    <w:rsid w:val="00347F2A"/>
    <w:rsid w:val="00354AD2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07114"/>
    <w:rsid w:val="00614554"/>
    <w:rsid w:val="006160A0"/>
    <w:rsid w:val="006214EA"/>
    <w:rsid w:val="006521CC"/>
    <w:rsid w:val="006715B2"/>
    <w:rsid w:val="006A0249"/>
    <w:rsid w:val="006A36DE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B67"/>
    <w:rsid w:val="009A6F72"/>
    <w:rsid w:val="009B0BC2"/>
    <w:rsid w:val="009B18AC"/>
    <w:rsid w:val="009B3BF5"/>
    <w:rsid w:val="009D6279"/>
    <w:rsid w:val="00A140ED"/>
    <w:rsid w:val="00A379DF"/>
    <w:rsid w:val="00A5216A"/>
    <w:rsid w:val="00AA1D8D"/>
    <w:rsid w:val="00AB43EE"/>
    <w:rsid w:val="00AF1882"/>
    <w:rsid w:val="00B10FAB"/>
    <w:rsid w:val="00B2502F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2026-09-02T13:20:00Z</dcterms:created>
  <dcterms:modified xsi:type="dcterms:W3CDTF">2026-09-02T13:20:00Z</dcterms:modified>
  <cp:category/>
</cp:coreProperties>
</file>