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445E1F4" w:rsidR="00C360BD" w:rsidRDefault="005F1DFE" w:rsidP="00C360BD">
      <w:pPr>
        <w:jc w:val="center"/>
        <w:rPr>
          <w:b/>
          <w:sz w:val="24"/>
        </w:rPr>
      </w:pPr>
      <w:r w:rsidRPr="005F1DFE">
        <w:rPr>
          <w:b/>
          <w:sz w:val="24"/>
        </w:rPr>
        <w:t>Marek Lichter</w:t>
      </w:r>
      <w:r w:rsidRPr="005F1DFE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Masaryk</w:t>
      </w:r>
      <w:r w:rsidR="006B1A1C" w:rsidRPr="006B1A1C">
        <w:rPr>
          <w:b/>
          <w:sz w:val="24"/>
        </w:rPr>
        <w:t xml:space="preserve">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5617728" w:rsidR="00920391" w:rsidRDefault="00920391" w:rsidP="006B1A1C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42D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60D0B" w:rsidRPr="00B60D0B">
        <w:t xml:space="preserve">Disoriented? Rethinking the (Pre)understanding of Urban Centrality </w:t>
      </w:r>
      <w:r w:rsidR="00B60D0B">
        <w:br/>
      </w:r>
      <w:r w:rsidR="00B60D0B" w:rsidRPr="00B60D0B">
        <w:t>in Mobility Planning</w:t>
      </w:r>
      <w:r>
        <w:t>”</w:t>
      </w:r>
      <w:r w:rsidR="0048495F">
        <w:t xml:space="preserve"> </w:t>
      </w:r>
    </w:p>
    <w:p w14:paraId="16DB20D1" w14:textId="14A31D0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60D0B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FE8BF" w14:textId="77777777" w:rsidR="00814952" w:rsidRDefault="00814952" w:rsidP="006521CC">
      <w:pPr>
        <w:spacing w:after="0" w:line="240" w:lineRule="auto"/>
      </w:pPr>
      <w:r>
        <w:separator/>
      </w:r>
    </w:p>
  </w:endnote>
  <w:endnote w:type="continuationSeparator" w:id="0">
    <w:p w14:paraId="6288648B" w14:textId="77777777" w:rsidR="00814952" w:rsidRDefault="00814952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A88C6" w14:textId="77777777" w:rsidR="00814952" w:rsidRDefault="00814952" w:rsidP="006521CC">
      <w:pPr>
        <w:spacing w:after="0" w:line="240" w:lineRule="auto"/>
      </w:pPr>
      <w:r>
        <w:separator/>
      </w:r>
    </w:p>
  </w:footnote>
  <w:footnote w:type="continuationSeparator" w:id="0">
    <w:p w14:paraId="546AAD47" w14:textId="77777777" w:rsidR="00814952" w:rsidRDefault="00814952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147CF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1DFE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B1A1C"/>
    <w:rsid w:val="006E0682"/>
    <w:rsid w:val="0070220F"/>
    <w:rsid w:val="00726B5C"/>
    <w:rsid w:val="00736BFD"/>
    <w:rsid w:val="007729D9"/>
    <w:rsid w:val="007C57FD"/>
    <w:rsid w:val="007F3A24"/>
    <w:rsid w:val="007F45AD"/>
    <w:rsid w:val="00814952"/>
    <w:rsid w:val="0085407C"/>
    <w:rsid w:val="00886001"/>
    <w:rsid w:val="00886B87"/>
    <w:rsid w:val="008C46AA"/>
    <w:rsid w:val="008C685B"/>
    <w:rsid w:val="008F3A40"/>
    <w:rsid w:val="00901CF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2026-09-03T06:57:00Z</dcterms:created>
  <dcterms:modified xsi:type="dcterms:W3CDTF">2026-09-03T06:58:00Z</dcterms:modified>
  <cp:category/>
</cp:coreProperties>
</file>