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9D34C50" w:rsidR="00C360BD" w:rsidRDefault="00A26308" w:rsidP="00C360BD">
      <w:pPr>
        <w:jc w:val="center"/>
        <w:rPr>
          <w:b/>
          <w:sz w:val="24"/>
        </w:rPr>
      </w:pPr>
      <w:r w:rsidRPr="00A26308">
        <w:rPr>
          <w:b/>
          <w:sz w:val="24"/>
        </w:rPr>
        <w:t>Marcel Vasiľák</w:t>
      </w:r>
      <w:r w:rsidRPr="00A2630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A26308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9D7930A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26308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A26308" w:rsidRPr="00A26308">
        <w:t xml:space="preserve">Multi-source, multi-resolution DEM analysis of catchment hypsometry </w:t>
      </w:r>
      <w:r w:rsidR="00A26308">
        <w:br/>
      </w:r>
      <w:r w:rsidR="00A26308" w:rsidRPr="00A26308">
        <w:t xml:space="preserve">and morphometric age estimates in the Malá </w:t>
      </w:r>
      <w:proofErr w:type="spellStart"/>
      <w:r w:rsidR="00A26308" w:rsidRPr="00A26308">
        <w:t>Fatra</w:t>
      </w:r>
      <w:proofErr w:type="spellEnd"/>
      <w:r w:rsidR="00A26308" w:rsidRPr="00A26308">
        <w:t xml:space="preserve"> Mountains: controls and limitations</w:t>
      </w:r>
      <w:r>
        <w:t>”</w:t>
      </w:r>
      <w:r w:rsidR="0048495F">
        <w:t xml:space="preserve"> </w:t>
      </w:r>
    </w:p>
    <w:p w14:paraId="16DB20D1" w14:textId="748E4EA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A26308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BF782" w14:textId="77777777" w:rsidR="00623F14" w:rsidRDefault="00623F14" w:rsidP="006521CC">
      <w:pPr>
        <w:spacing w:after="0" w:line="240" w:lineRule="auto"/>
      </w:pPr>
      <w:r>
        <w:separator/>
      </w:r>
    </w:p>
  </w:endnote>
  <w:endnote w:type="continuationSeparator" w:id="0">
    <w:p w14:paraId="797DE973" w14:textId="77777777" w:rsidR="00623F14" w:rsidRDefault="00623F1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CB9DA" w14:textId="77777777" w:rsidR="00623F14" w:rsidRDefault="00623F14" w:rsidP="006521CC">
      <w:pPr>
        <w:spacing w:after="0" w:line="240" w:lineRule="auto"/>
      </w:pPr>
      <w:r>
        <w:separator/>
      </w:r>
    </w:p>
  </w:footnote>
  <w:footnote w:type="continuationSeparator" w:id="0">
    <w:p w14:paraId="1A622EDD" w14:textId="77777777" w:rsidR="00623F14" w:rsidRDefault="00623F1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3F14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2026-09-03T08:21:00Z</dcterms:created>
  <dcterms:modified xsi:type="dcterms:W3CDTF">2026-09-03T08:21:00Z</dcterms:modified>
  <cp:category/>
</cp:coreProperties>
</file>