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F545C2F" w:rsidR="00C360BD" w:rsidRDefault="001443EF" w:rsidP="00C360BD">
      <w:pPr>
        <w:jc w:val="center"/>
        <w:rPr>
          <w:b/>
          <w:sz w:val="24"/>
        </w:rPr>
      </w:pPr>
      <w:r w:rsidRPr="001443EF">
        <w:rPr>
          <w:b/>
          <w:sz w:val="24"/>
        </w:rPr>
        <w:t>Małgorzata Dudzińska</w:t>
      </w:r>
      <w:r w:rsidRPr="001443E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443EF">
        <w:rPr>
          <w:b/>
          <w:sz w:val="24"/>
        </w:rPr>
        <w:t xml:space="preserve">University of Warmia and </w:t>
      </w:r>
      <w:proofErr w:type="spellStart"/>
      <w:r w:rsidRPr="001443EF">
        <w:rPr>
          <w:b/>
          <w:sz w:val="24"/>
        </w:rPr>
        <w:t>Mazury</w:t>
      </w:r>
      <w:proofErr w:type="spellEnd"/>
      <w:r w:rsidRPr="001443EF">
        <w:rPr>
          <w:b/>
          <w:sz w:val="24"/>
        </w:rPr>
        <w:t xml:space="preserve"> in Olsztyn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D3DB385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90BA0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443EF" w:rsidRPr="001443EF">
        <w:t>Beyond functional-spatial assessment: Landscape indicators in the Age-Friendly Residential Areas (AFRA) methodology and their contribution to sustainable development goals</w:t>
      </w:r>
      <w:r>
        <w:t>”</w:t>
      </w:r>
      <w:r w:rsidR="0048495F">
        <w:t xml:space="preserve"> </w:t>
      </w:r>
    </w:p>
    <w:p w14:paraId="16DB20D1" w14:textId="422B0778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443EF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6540C" w14:textId="77777777" w:rsidR="00AC337C" w:rsidRDefault="00AC337C" w:rsidP="006521CC">
      <w:pPr>
        <w:spacing w:after="0" w:line="240" w:lineRule="auto"/>
      </w:pPr>
      <w:r>
        <w:separator/>
      </w:r>
    </w:p>
  </w:endnote>
  <w:endnote w:type="continuationSeparator" w:id="0">
    <w:p w14:paraId="0AB9F97F" w14:textId="77777777" w:rsidR="00AC337C" w:rsidRDefault="00AC337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D149" w14:textId="77777777" w:rsidR="00AC337C" w:rsidRDefault="00AC337C" w:rsidP="006521CC">
      <w:pPr>
        <w:spacing w:after="0" w:line="240" w:lineRule="auto"/>
      </w:pPr>
      <w:r>
        <w:separator/>
      </w:r>
    </w:p>
  </w:footnote>
  <w:footnote w:type="continuationSeparator" w:id="0">
    <w:p w14:paraId="4CCED3C4" w14:textId="77777777" w:rsidR="00AC337C" w:rsidRDefault="00AC337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F738E"/>
    <w:rsid w:val="00503E25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F3A40"/>
    <w:rsid w:val="00920391"/>
    <w:rsid w:val="009A6F72"/>
    <w:rsid w:val="009B0BC2"/>
    <w:rsid w:val="009B18AC"/>
    <w:rsid w:val="00A140ED"/>
    <w:rsid w:val="00A5216A"/>
    <w:rsid w:val="00AA1D8D"/>
    <w:rsid w:val="00AB43EE"/>
    <w:rsid w:val="00AC337C"/>
    <w:rsid w:val="00AF1882"/>
    <w:rsid w:val="00B47730"/>
    <w:rsid w:val="00B67FDC"/>
    <w:rsid w:val="00B97FC9"/>
    <w:rsid w:val="00C132CD"/>
    <w:rsid w:val="00C13585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2026-09-02T12:07:00Z</dcterms:created>
  <dcterms:modified xsi:type="dcterms:W3CDTF">2026-09-02T12:07:00Z</dcterms:modified>
  <cp:category/>
</cp:coreProperties>
</file>