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3400B31B" w:rsidR="00C360BD" w:rsidRDefault="00402FB2" w:rsidP="00C360BD">
      <w:pPr>
        <w:jc w:val="center"/>
        <w:rPr>
          <w:b/>
          <w:sz w:val="24"/>
        </w:rPr>
      </w:pPr>
      <w:r w:rsidRPr="00402FB2">
        <w:rPr>
          <w:b/>
          <w:sz w:val="24"/>
        </w:rPr>
        <w:t xml:space="preserve">Mária </w:t>
      </w:r>
      <w:proofErr w:type="spellStart"/>
      <w:r w:rsidRPr="00402FB2">
        <w:rPr>
          <w:b/>
          <w:sz w:val="24"/>
        </w:rPr>
        <w:t>Dubcová</w:t>
      </w:r>
      <w:proofErr w:type="spellEnd"/>
      <w:r w:rsidRPr="00402FB2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402FB2">
        <w:rPr>
          <w:b/>
          <w:sz w:val="24"/>
        </w:rPr>
        <w:t>Metropolitan Institute of Bratislava</w:t>
      </w:r>
      <w:r w:rsidR="003F76C2">
        <w:rPr>
          <w:b/>
          <w:sz w:val="24"/>
        </w:rPr>
        <w:t>)</w:t>
      </w:r>
    </w:p>
    <w:p w14:paraId="330776C9" w14:textId="7BDE4E8D" w:rsidR="009A6F72" w:rsidRDefault="009A6F72">
      <w:pPr>
        <w:jc w:val="center"/>
      </w:pPr>
      <w:r w:rsidRPr="009A6F72">
        <w:t xml:space="preserve">participated as </w:t>
      </w:r>
      <w:r w:rsidR="00166A7C" w:rsidRPr="009A6F72">
        <w:t>a</w:t>
      </w:r>
      <w:r w:rsidR="00DB5A38">
        <w:t xml:space="preserve"> </w:t>
      </w:r>
      <w:r w:rsidR="00166A7C">
        <w:t>passive</w:t>
      </w:r>
      <w:r w:rsidR="00DB5A38">
        <w:t xml:space="preserve"> </w:t>
      </w:r>
      <w:r w:rsidRPr="009A6F72">
        <w:t>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11597735" w14:textId="395163B3" w:rsidR="002414E5" w:rsidRPr="002414E5" w:rsidRDefault="002414E5" w:rsidP="002414E5">
      <w:pPr>
        <w:jc w:val="center"/>
      </w:pPr>
      <w:r w:rsidRPr="002414E5">
        <w:t xml:space="preserve">We confirm that the participation fee in the amount of </w:t>
      </w:r>
      <w:r w:rsidR="00166A7C">
        <w:t>250</w:t>
      </w:r>
      <w:r w:rsidRPr="002414E5">
        <w:t xml:space="preserve"> EUR has been duly paid.</w:t>
      </w:r>
    </w:p>
    <w:p w14:paraId="303EE3B4" w14:textId="77777777" w:rsidR="002414E5" w:rsidRPr="002414E5" w:rsidRDefault="002414E5" w:rsidP="002414E5">
      <w:pPr>
        <w:jc w:val="center"/>
      </w:pPr>
      <w:r w:rsidRPr="002414E5">
        <w:t>Payment recipient</w:t>
      </w:r>
    </w:p>
    <w:p w14:paraId="77B233C0" w14:textId="77777777" w:rsidR="002414E5" w:rsidRPr="002414E5" w:rsidRDefault="002414E5" w:rsidP="002414E5">
      <w:pPr>
        <w:jc w:val="center"/>
      </w:pPr>
      <w:r w:rsidRPr="002414E5">
        <w:rPr>
          <w:b/>
          <w:bCs/>
        </w:rPr>
        <w:t>Civil Association NATURAL SCIENTIST/</w:t>
      </w:r>
      <w:proofErr w:type="spellStart"/>
      <w:r w:rsidRPr="002414E5">
        <w:rPr>
          <w:b/>
          <w:bCs/>
        </w:rPr>
        <w:t>Občianske</w:t>
      </w:r>
      <w:proofErr w:type="spellEnd"/>
      <w:r w:rsidRPr="002414E5">
        <w:rPr>
          <w:b/>
          <w:bCs/>
        </w:rPr>
        <w:t xml:space="preserve"> </w:t>
      </w:r>
      <w:proofErr w:type="spellStart"/>
      <w:r w:rsidRPr="002414E5">
        <w:rPr>
          <w:b/>
          <w:bCs/>
        </w:rPr>
        <w:t>združenie</w:t>
      </w:r>
      <w:proofErr w:type="spellEnd"/>
      <w:r w:rsidRPr="002414E5">
        <w:rPr>
          <w:b/>
          <w:bCs/>
        </w:rPr>
        <w:t xml:space="preserve"> PRÍRODOVEDEC</w:t>
      </w:r>
      <w:r w:rsidRPr="002414E5">
        <w:br/>
      </w:r>
      <w:proofErr w:type="spellStart"/>
      <w:r w:rsidRPr="002414E5">
        <w:t>Šrobárova</w:t>
      </w:r>
      <w:proofErr w:type="spellEnd"/>
      <w:r w:rsidRPr="002414E5">
        <w:t xml:space="preserve"> 2, 041 54 Košice, Slovakia</w:t>
      </w:r>
      <w:r w:rsidRPr="002414E5">
        <w:br/>
      </w:r>
      <w:r w:rsidRPr="002414E5">
        <w:rPr>
          <w:b/>
          <w:bCs/>
        </w:rPr>
        <w:t>Registration No.: 31299326</w:t>
      </w:r>
      <w:r w:rsidRPr="002414E5">
        <w:br/>
      </w:r>
      <w:r w:rsidRPr="002414E5">
        <w:rPr>
          <w:b/>
          <w:bCs/>
        </w:rPr>
        <w:t>Tax ID No.: 2021538475</w:t>
      </w:r>
    </w:p>
    <w:p w14:paraId="32E6CEC7" w14:textId="685F5A8A" w:rsidR="002F361F" w:rsidRDefault="00920391" w:rsidP="00920391">
      <w:pPr>
        <w:jc w:val="both"/>
        <w:rPr>
          <w:noProof/>
          <w:sz w:val="24"/>
          <w:szCs w:val="24"/>
          <w:lang w:eastAsia="sk-SK"/>
        </w:rPr>
      </w:pPr>
      <w:r w:rsidRPr="00920391">
        <w:rPr>
          <w:sz w:val="20"/>
        </w:rPr>
        <w:t xml:space="preserve">This certificate serves as an official confirmation of participation </w:t>
      </w:r>
      <w:r w:rsidR="002414E5">
        <w:rPr>
          <w:sz w:val="20"/>
        </w:rPr>
        <w:t xml:space="preserve">and payment </w:t>
      </w:r>
      <w:r>
        <w:rPr>
          <w:sz w:val="20"/>
        </w:rPr>
        <w:t xml:space="preserve">and is issued for academic, </w:t>
      </w:r>
      <w:r w:rsidRPr="00920391">
        <w:rPr>
          <w:sz w:val="20"/>
        </w:rPr>
        <w:t>administrative, and accounting purposes.</w:t>
      </w:r>
      <w:r w:rsidR="009B18AC" w:rsidRPr="009B18AC">
        <w:rPr>
          <w:noProof/>
          <w:sz w:val="24"/>
          <w:szCs w:val="24"/>
          <w:lang w:eastAsia="sk-SK"/>
        </w:rPr>
        <w:t xml:space="preserve"> </w:t>
      </w:r>
    </w:p>
    <w:p w14:paraId="63A36BD8" w14:textId="1A995620" w:rsidR="00650782" w:rsidRDefault="00650782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0789C127">
            <wp:simplePos x="0" y="0"/>
            <wp:positionH relativeFrom="margin">
              <wp:align>right</wp:align>
            </wp:positionH>
            <wp:positionV relativeFrom="paragraph">
              <wp:posOffset>5723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45D0C1" w14:textId="77777777" w:rsidR="003034E4" w:rsidRDefault="003034E4" w:rsidP="006521CC">
      <w:pPr>
        <w:spacing w:after="0" w:line="240" w:lineRule="auto"/>
      </w:pPr>
      <w:r>
        <w:separator/>
      </w:r>
    </w:p>
  </w:endnote>
  <w:endnote w:type="continuationSeparator" w:id="0">
    <w:p w14:paraId="471E6AD1" w14:textId="77777777" w:rsidR="003034E4" w:rsidRDefault="003034E4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0125B8" w14:textId="77777777" w:rsidR="003034E4" w:rsidRDefault="003034E4" w:rsidP="006521CC">
      <w:pPr>
        <w:spacing w:after="0" w:line="240" w:lineRule="auto"/>
      </w:pPr>
      <w:r>
        <w:separator/>
      </w:r>
    </w:p>
  </w:footnote>
  <w:footnote w:type="continuationSeparator" w:id="0">
    <w:p w14:paraId="1B2025B1" w14:textId="77777777" w:rsidR="003034E4" w:rsidRDefault="003034E4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395D"/>
    <w:rsid w:val="00027046"/>
    <w:rsid w:val="00034616"/>
    <w:rsid w:val="00037A2F"/>
    <w:rsid w:val="00037A3E"/>
    <w:rsid w:val="0006063C"/>
    <w:rsid w:val="000628E7"/>
    <w:rsid w:val="000705DA"/>
    <w:rsid w:val="00073648"/>
    <w:rsid w:val="000809F7"/>
    <w:rsid w:val="00081AB3"/>
    <w:rsid w:val="0009007E"/>
    <w:rsid w:val="000A198A"/>
    <w:rsid w:val="000A7699"/>
    <w:rsid w:val="000C2B74"/>
    <w:rsid w:val="000D682E"/>
    <w:rsid w:val="000E0BA7"/>
    <w:rsid w:val="001031D4"/>
    <w:rsid w:val="001033F6"/>
    <w:rsid w:val="0012049E"/>
    <w:rsid w:val="00121D80"/>
    <w:rsid w:val="00130B40"/>
    <w:rsid w:val="00132307"/>
    <w:rsid w:val="001443EF"/>
    <w:rsid w:val="0015074B"/>
    <w:rsid w:val="00151EB7"/>
    <w:rsid w:val="00152C68"/>
    <w:rsid w:val="00153406"/>
    <w:rsid w:val="00166A7C"/>
    <w:rsid w:val="0016720D"/>
    <w:rsid w:val="00176166"/>
    <w:rsid w:val="00181F7B"/>
    <w:rsid w:val="00190BA0"/>
    <w:rsid w:val="001918ED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14E5"/>
    <w:rsid w:val="00247B2F"/>
    <w:rsid w:val="00250838"/>
    <w:rsid w:val="00260163"/>
    <w:rsid w:val="00276BE4"/>
    <w:rsid w:val="0029639D"/>
    <w:rsid w:val="002A44B9"/>
    <w:rsid w:val="002A7470"/>
    <w:rsid w:val="002B0023"/>
    <w:rsid w:val="002B427C"/>
    <w:rsid w:val="002F066C"/>
    <w:rsid w:val="002F361F"/>
    <w:rsid w:val="002F4A19"/>
    <w:rsid w:val="003034E4"/>
    <w:rsid w:val="003147CF"/>
    <w:rsid w:val="003202CB"/>
    <w:rsid w:val="00325BF6"/>
    <w:rsid w:val="00326F90"/>
    <w:rsid w:val="00347F2A"/>
    <w:rsid w:val="00351CC7"/>
    <w:rsid w:val="003542D6"/>
    <w:rsid w:val="00354AD2"/>
    <w:rsid w:val="003715F8"/>
    <w:rsid w:val="003C5948"/>
    <w:rsid w:val="003D262F"/>
    <w:rsid w:val="003F50F6"/>
    <w:rsid w:val="003F76C2"/>
    <w:rsid w:val="00400246"/>
    <w:rsid w:val="00402FB2"/>
    <w:rsid w:val="004124AD"/>
    <w:rsid w:val="00416250"/>
    <w:rsid w:val="0041783B"/>
    <w:rsid w:val="004250C1"/>
    <w:rsid w:val="00425C86"/>
    <w:rsid w:val="00452B42"/>
    <w:rsid w:val="0045534B"/>
    <w:rsid w:val="0048495F"/>
    <w:rsid w:val="004B7CE2"/>
    <w:rsid w:val="004C2362"/>
    <w:rsid w:val="004C563B"/>
    <w:rsid w:val="004D44EB"/>
    <w:rsid w:val="004E23FF"/>
    <w:rsid w:val="004F738E"/>
    <w:rsid w:val="00503E25"/>
    <w:rsid w:val="00504028"/>
    <w:rsid w:val="005058AF"/>
    <w:rsid w:val="00506FD3"/>
    <w:rsid w:val="005104D5"/>
    <w:rsid w:val="005178C0"/>
    <w:rsid w:val="005216FA"/>
    <w:rsid w:val="005364D7"/>
    <w:rsid w:val="005406CB"/>
    <w:rsid w:val="0054106E"/>
    <w:rsid w:val="00550CB0"/>
    <w:rsid w:val="00550CDD"/>
    <w:rsid w:val="00582199"/>
    <w:rsid w:val="00586A2E"/>
    <w:rsid w:val="00591F7E"/>
    <w:rsid w:val="005A5694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27AC1"/>
    <w:rsid w:val="00637D06"/>
    <w:rsid w:val="00650782"/>
    <w:rsid w:val="006521CC"/>
    <w:rsid w:val="00663F88"/>
    <w:rsid w:val="006715B2"/>
    <w:rsid w:val="00680015"/>
    <w:rsid w:val="006A0249"/>
    <w:rsid w:val="006A36DE"/>
    <w:rsid w:val="006A3DF2"/>
    <w:rsid w:val="006A6000"/>
    <w:rsid w:val="006B1A1C"/>
    <w:rsid w:val="006B48F4"/>
    <w:rsid w:val="006E0682"/>
    <w:rsid w:val="0070220F"/>
    <w:rsid w:val="0070408A"/>
    <w:rsid w:val="00726B5C"/>
    <w:rsid w:val="007274B7"/>
    <w:rsid w:val="00736BFD"/>
    <w:rsid w:val="00754F95"/>
    <w:rsid w:val="00763963"/>
    <w:rsid w:val="007729D9"/>
    <w:rsid w:val="0077435F"/>
    <w:rsid w:val="007B5C62"/>
    <w:rsid w:val="007C57FD"/>
    <w:rsid w:val="007D0305"/>
    <w:rsid w:val="007F250E"/>
    <w:rsid w:val="007F3A24"/>
    <w:rsid w:val="007F45AD"/>
    <w:rsid w:val="008407FC"/>
    <w:rsid w:val="0084189D"/>
    <w:rsid w:val="0085407C"/>
    <w:rsid w:val="00860E7F"/>
    <w:rsid w:val="00886001"/>
    <w:rsid w:val="00886B87"/>
    <w:rsid w:val="008C46AA"/>
    <w:rsid w:val="008C5BD5"/>
    <w:rsid w:val="008C685B"/>
    <w:rsid w:val="008D13F9"/>
    <w:rsid w:val="008E5A4B"/>
    <w:rsid w:val="008F094E"/>
    <w:rsid w:val="008F3A40"/>
    <w:rsid w:val="00901CFE"/>
    <w:rsid w:val="00902BBE"/>
    <w:rsid w:val="009132EF"/>
    <w:rsid w:val="00920391"/>
    <w:rsid w:val="00931F9B"/>
    <w:rsid w:val="00943A89"/>
    <w:rsid w:val="00944A14"/>
    <w:rsid w:val="00951762"/>
    <w:rsid w:val="0096413A"/>
    <w:rsid w:val="00984081"/>
    <w:rsid w:val="009863E5"/>
    <w:rsid w:val="009A6B67"/>
    <w:rsid w:val="009A6F72"/>
    <w:rsid w:val="009B0BC2"/>
    <w:rsid w:val="009B18AC"/>
    <w:rsid w:val="009B3BF5"/>
    <w:rsid w:val="009D4524"/>
    <w:rsid w:val="009D6279"/>
    <w:rsid w:val="009E0D3C"/>
    <w:rsid w:val="009E7246"/>
    <w:rsid w:val="009F336C"/>
    <w:rsid w:val="00A140ED"/>
    <w:rsid w:val="00A26308"/>
    <w:rsid w:val="00A26839"/>
    <w:rsid w:val="00A379DF"/>
    <w:rsid w:val="00A43322"/>
    <w:rsid w:val="00A436B9"/>
    <w:rsid w:val="00A44F79"/>
    <w:rsid w:val="00A5216A"/>
    <w:rsid w:val="00A755BD"/>
    <w:rsid w:val="00A825A6"/>
    <w:rsid w:val="00A8317B"/>
    <w:rsid w:val="00AA1D8D"/>
    <w:rsid w:val="00AB43EE"/>
    <w:rsid w:val="00AC0A68"/>
    <w:rsid w:val="00AF1882"/>
    <w:rsid w:val="00B10FAB"/>
    <w:rsid w:val="00B148B1"/>
    <w:rsid w:val="00B2502F"/>
    <w:rsid w:val="00B277E8"/>
    <w:rsid w:val="00B42409"/>
    <w:rsid w:val="00B47730"/>
    <w:rsid w:val="00B60D0B"/>
    <w:rsid w:val="00B67FDC"/>
    <w:rsid w:val="00B70233"/>
    <w:rsid w:val="00B7219F"/>
    <w:rsid w:val="00B82B89"/>
    <w:rsid w:val="00B85D57"/>
    <w:rsid w:val="00B9733A"/>
    <w:rsid w:val="00B97FC9"/>
    <w:rsid w:val="00BA1576"/>
    <w:rsid w:val="00BA6280"/>
    <w:rsid w:val="00BA6D41"/>
    <w:rsid w:val="00BB74C0"/>
    <w:rsid w:val="00BD73F2"/>
    <w:rsid w:val="00BF2EAA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713EC"/>
    <w:rsid w:val="00C84524"/>
    <w:rsid w:val="00C853D9"/>
    <w:rsid w:val="00C90425"/>
    <w:rsid w:val="00C932DF"/>
    <w:rsid w:val="00C9426E"/>
    <w:rsid w:val="00C95BF0"/>
    <w:rsid w:val="00CB0664"/>
    <w:rsid w:val="00CB3D37"/>
    <w:rsid w:val="00CC0B6A"/>
    <w:rsid w:val="00CC1C23"/>
    <w:rsid w:val="00CE3946"/>
    <w:rsid w:val="00CF2659"/>
    <w:rsid w:val="00D20CA2"/>
    <w:rsid w:val="00D50D3D"/>
    <w:rsid w:val="00D55DFF"/>
    <w:rsid w:val="00D5784E"/>
    <w:rsid w:val="00D60A9A"/>
    <w:rsid w:val="00D73ABD"/>
    <w:rsid w:val="00D968DD"/>
    <w:rsid w:val="00DA0589"/>
    <w:rsid w:val="00DB5A38"/>
    <w:rsid w:val="00DB6496"/>
    <w:rsid w:val="00DC5185"/>
    <w:rsid w:val="00DD76E8"/>
    <w:rsid w:val="00DE07D6"/>
    <w:rsid w:val="00DF34A3"/>
    <w:rsid w:val="00E131D6"/>
    <w:rsid w:val="00E3770E"/>
    <w:rsid w:val="00E37E56"/>
    <w:rsid w:val="00E610F7"/>
    <w:rsid w:val="00E63839"/>
    <w:rsid w:val="00E71E5A"/>
    <w:rsid w:val="00E7362D"/>
    <w:rsid w:val="00E73ECC"/>
    <w:rsid w:val="00E85CC7"/>
    <w:rsid w:val="00EB26F4"/>
    <w:rsid w:val="00EE13C6"/>
    <w:rsid w:val="00EE3278"/>
    <w:rsid w:val="00EE4A83"/>
    <w:rsid w:val="00EF43A6"/>
    <w:rsid w:val="00F04A69"/>
    <w:rsid w:val="00F11608"/>
    <w:rsid w:val="00F25ABC"/>
    <w:rsid w:val="00F310FF"/>
    <w:rsid w:val="00F33402"/>
    <w:rsid w:val="00F45E4A"/>
    <w:rsid w:val="00F5106D"/>
    <w:rsid w:val="00F6631A"/>
    <w:rsid w:val="00F66C19"/>
    <w:rsid w:val="00F71703"/>
    <w:rsid w:val="00F765F6"/>
    <w:rsid w:val="00F806F5"/>
    <w:rsid w:val="00F82DDE"/>
    <w:rsid w:val="00FA128E"/>
    <w:rsid w:val="00FA65A5"/>
    <w:rsid w:val="00FC693F"/>
    <w:rsid w:val="00FD15D6"/>
    <w:rsid w:val="00FD1A58"/>
    <w:rsid w:val="00FE1408"/>
    <w:rsid w:val="00FE3B3C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2026-09-03T09:26:00Z</dcterms:created>
  <dcterms:modified xsi:type="dcterms:W3CDTF">2026-09-03T09:26:00Z</dcterms:modified>
  <cp:category/>
</cp:coreProperties>
</file>