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38086EB7" w:rsidR="00C360BD" w:rsidRDefault="00C9426E" w:rsidP="00C360BD">
      <w:pPr>
        <w:jc w:val="center"/>
        <w:rPr>
          <w:b/>
          <w:sz w:val="24"/>
        </w:rPr>
      </w:pPr>
      <w:r w:rsidRPr="00C9426E">
        <w:rPr>
          <w:b/>
          <w:sz w:val="24"/>
        </w:rPr>
        <w:t xml:space="preserve">Lukáš </w:t>
      </w:r>
      <w:proofErr w:type="spellStart"/>
      <w:r w:rsidRPr="00C9426E">
        <w:rPr>
          <w:b/>
          <w:sz w:val="24"/>
        </w:rPr>
        <w:t>Michaleje</w:t>
      </w:r>
      <w:proofErr w:type="spellEnd"/>
      <w:r w:rsidRPr="00C9426E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C9426E">
        <w:rPr>
          <w:b/>
          <w:sz w:val="24"/>
        </w:rPr>
        <w:t>Institute of Geography SAS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40C823AF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B7219F">
        <w:t>Poster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B7219F" w:rsidRPr="00B7219F">
        <w:t>Semiautomatic detection of channel and its basic hydraulic parameters</w:t>
      </w:r>
      <w:r>
        <w:t>”</w:t>
      </w:r>
      <w:r w:rsidR="0048495F">
        <w:t xml:space="preserve"> </w:t>
      </w:r>
    </w:p>
    <w:p w14:paraId="16DB20D1" w14:textId="5F95067A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2A44B9">
        <w:t>220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0906F" w14:textId="77777777" w:rsidR="006B484A" w:rsidRDefault="006B484A" w:rsidP="006521CC">
      <w:pPr>
        <w:spacing w:after="0" w:line="240" w:lineRule="auto"/>
      </w:pPr>
      <w:r>
        <w:separator/>
      </w:r>
    </w:p>
  </w:endnote>
  <w:endnote w:type="continuationSeparator" w:id="0">
    <w:p w14:paraId="0505CF59" w14:textId="77777777" w:rsidR="006B484A" w:rsidRDefault="006B484A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311AE" w14:textId="77777777" w:rsidR="006B484A" w:rsidRDefault="006B484A" w:rsidP="006521CC">
      <w:pPr>
        <w:spacing w:after="0" w:line="240" w:lineRule="auto"/>
      </w:pPr>
      <w:r>
        <w:separator/>
      </w:r>
    </w:p>
  </w:footnote>
  <w:footnote w:type="continuationSeparator" w:id="0">
    <w:p w14:paraId="40D794FA" w14:textId="77777777" w:rsidR="006B484A" w:rsidRDefault="006B484A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6063C"/>
    <w:rsid w:val="000628E7"/>
    <w:rsid w:val="000809F7"/>
    <w:rsid w:val="0009007E"/>
    <w:rsid w:val="000A7699"/>
    <w:rsid w:val="000D682E"/>
    <w:rsid w:val="000E0BA7"/>
    <w:rsid w:val="001033F6"/>
    <w:rsid w:val="0012049E"/>
    <w:rsid w:val="00121D8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9639D"/>
    <w:rsid w:val="002A44B9"/>
    <w:rsid w:val="002B0023"/>
    <w:rsid w:val="002F361F"/>
    <w:rsid w:val="003147CF"/>
    <w:rsid w:val="003202CB"/>
    <w:rsid w:val="00326F90"/>
    <w:rsid w:val="00347F2A"/>
    <w:rsid w:val="003542D6"/>
    <w:rsid w:val="00354AD2"/>
    <w:rsid w:val="003D262F"/>
    <w:rsid w:val="003F50F6"/>
    <w:rsid w:val="003F76C2"/>
    <w:rsid w:val="00400246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58AF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715B2"/>
    <w:rsid w:val="00680015"/>
    <w:rsid w:val="006A0249"/>
    <w:rsid w:val="006A36DE"/>
    <w:rsid w:val="006A3DF2"/>
    <w:rsid w:val="006B1A1C"/>
    <w:rsid w:val="006B484A"/>
    <w:rsid w:val="006B48F4"/>
    <w:rsid w:val="006E0682"/>
    <w:rsid w:val="0070220F"/>
    <w:rsid w:val="00726B5C"/>
    <w:rsid w:val="007274B7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01CFE"/>
    <w:rsid w:val="00902BBE"/>
    <w:rsid w:val="00920391"/>
    <w:rsid w:val="009863E5"/>
    <w:rsid w:val="009A6B67"/>
    <w:rsid w:val="009A6F72"/>
    <w:rsid w:val="009B0BC2"/>
    <w:rsid w:val="009B18AC"/>
    <w:rsid w:val="009B3BF5"/>
    <w:rsid w:val="009D4524"/>
    <w:rsid w:val="009D6279"/>
    <w:rsid w:val="00A140ED"/>
    <w:rsid w:val="00A379DF"/>
    <w:rsid w:val="00A44F79"/>
    <w:rsid w:val="00A5216A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90425"/>
    <w:rsid w:val="00C932DF"/>
    <w:rsid w:val="00C9426E"/>
    <w:rsid w:val="00C95BF0"/>
    <w:rsid w:val="00CB0664"/>
    <w:rsid w:val="00CC0B6A"/>
    <w:rsid w:val="00CC1C23"/>
    <w:rsid w:val="00D20CA2"/>
    <w:rsid w:val="00D55DFF"/>
    <w:rsid w:val="00D5784E"/>
    <w:rsid w:val="00D73ABD"/>
    <w:rsid w:val="00DA0589"/>
    <w:rsid w:val="00DC5185"/>
    <w:rsid w:val="00DD76E8"/>
    <w:rsid w:val="00DE07D6"/>
    <w:rsid w:val="00DF34A3"/>
    <w:rsid w:val="00E131D6"/>
    <w:rsid w:val="00E610F7"/>
    <w:rsid w:val="00E71E5A"/>
    <w:rsid w:val="00E7362D"/>
    <w:rsid w:val="00EB26F4"/>
    <w:rsid w:val="00EE13C6"/>
    <w:rsid w:val="00EE3278"/>
    <w:rsid w:val="00EF43A6"/>
    <w:rsid w:val="00F04A69"/>
    <w:rsid w:val="00F25ABC"/>
    <w:rsid w:val="00F66C19"/>
    <w:rsid w:val="00F82DDE"/>
    <w:rsid w:val="00FA128E"/>
    <w:rsid w:val="00FC693F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2026-09-03T07:21:00Z</dcterms:created>
  <dcterms:modified xsi:type="dcterms:W3CDTF">2026-09-03T07:21:00Z</dcterms:modified>
  <cp:category/>
</cp:coreProperties>
</file>