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6D4B045" w:rsidR="00C360BD" w:rsidRDefault="005364D7" w:rsidP="00C360BD">
      <w:pPr>
        <w:jc w:val="center"/>
        <w:rPr>
          <w:b/>
          <w:sz w:val="24"/>
        </w:rPr>
      </w:pPr>
      <w:r w:rsidRPr="005364D7">
        <w:rPr>
          <w:b/>
          <w:sz w:val="24"/>
        </w:rPr>
        <w:t>Luk</w:t>
      </w:r>
      <w:r>
        <w:rPr>
          <w:b/>
          <w:sz w:val="24"/>
        </w:rPr>
        <w:t>áš</w:t>
      </w:r>
      <w:r w:rsidRPr="005364D7">
        <w:rPr>
          <w:b/>
          <w:sz w:val="24"/>
        </w:rPr>
        <w:t xml:space="preserve"> Marek</w:t>
      </w:r>
      <w:r w:rsidRPr="005364D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364D7">
        <w:rPr>
          <w:b/>
          <w:sz w:val="24"/>
        </w:rPr>
        <w:t>University of Canterbury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4F55902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364D7" w:rsidRPr="005364D7">
        <w:t xml:space="preserve">The Physical Environment and Health Outcomes: </w:t>
      </w:r>
      <w:r w:rsidR="005364D7">
        <w:br/>
      </w:r>
      <w:r w:rsidR="005364D7" w:rsidRPr="005364D7">
        <w:t>Evidence from Aotearoa New Zealand</w:t>
      </w:r>
      <w:r>
        <w:t>”</w:t>
      </w:r>
      <w:r w:rsidR="0048495F">
        <w:t xml:space="preserve"> </w:t>
      </w:r>
    </w:p>
    <w:p w14:paraId="16DB20D1" w14:textId="72EB34B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364D7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4651" w14:textId="77777777" w:rsidR="00097F55" w:rsidRDefault="00097F55" w:rsidP="006521CC">
      <w:pPr>
        <w:spacing w:after="0" w:line="240" w:lineRule="auto"/>
      </w:pPr>
      <w:r>
        <w:separator/>
      </w:r>
    </w:p>
  </w:endnote>
  <w:endnote w:type="continuationSeparator" w:id="0">
    <w:p w14:paraId="461DC44B" w14:textId="77777777" w:rsidR="00097F55" w:rsidRDefault="00097F5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A5644" w14:textId="77777777" w:rsidR="00097F55" w:rsidRDefault="00097F55" w:rsidP="006521CC">
      <w:pPr>
        <w:spacing w:after="0" w:line="240" w:lineRule="auto"/>
      </w:pPr>
      <w:r>
        <w:separator/>
      </w:r>
    </w:p>
  </w:footnote>
  <w:footnote w:type="continuationSeparator" w:id="0">
    <w:p w14:paraId="2968464C" w14:textId="77777777" w:rsidR="00097F55" w:rsidRDefault="00097F5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7F55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2026-09-03T07:07:00Z</dcterms:created>
  <dcterms:modified xsi:type="dcterms:W3CDTF">2026-09-03T07:07:00Z</dcterms:modified>
  <cp:category/>
</cp:coreProperties>
</file>