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346ABFA1" w:rsidR="00C360BD" w:rsidRDefault="003147CF" w:rsidP="00C360BD">
      <w:pPr>
        <w:jc w:val="center"/>
        <w:rPr>
          <w:b/>
          <w:sz w:val="24"/>
        </w:rPr>
      </w:pPr>
      <w:r w:rsidRPr="003147CF">
        <w:rPr>
          <w:b/>
          <w:sz w:val="24"/>
        </w:rPr>
        <w:t>Luděk Krtička</w:t>
      </w:r>
      <w:r w:rsidRPr="003147CF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3147CF">
        <w:rPr>
          <w:b/>
          <w:sz w:val="24"/>
        </w:rPr>
        <w:t>University of Ostrava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619E7644" w:rsidR="00920391" w:rsidRDefault="00920391" w:rsidP="00F66C19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3147CF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3147CF" w:rsidRPr="003147CF">
        <w:t>Characteristics of Brownfields in the Cross-Border Region of the Moravian-Silesian Region and the Silesian Voivodeship</w:t>
      </w:r>
      <w:r>
        <w:t>”</w:t>
      </w:r>
      <w:r w:rsidR="0048495F">
        <w:t xml:space="preserve"> </w:t>
      </w:r>
    </w:p>
    <w:p w14:paraId="16DB20D1" w14:textId="17C38A27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3147CF">
        <w:t>250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16CD98" w14:textId="77777777" w:rsidR="00740855" w:rsidRDefault="00740855" w:rsidP="006521CC">
      <w:pPr>
        <w:spacing w:after="0" w:line="240" w:lineRule="auto"/>
      </w:pPr>
      <w:r>
        <w:separator/>
      </w:r>
    </w:p>
  </w:endnote>
  <w:endnote w:type="continuationSeparator" w:id="0">
    <w:p w14:paraId="5C40CFFB" w14:textId="77777777" w:rsidR="00740855" w:rsidRDefault="00740855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17D95E" w14:textId="77777777" w:rsidR="00740855" w:rsidRDefault="00740855" w:rsidP="006521CC">
      <w:pPr>
        <w:spacing w:after="0" w:line="240" w:lineRule="auto"/>
      </w:pPr>
      <w:r>
        <w:separator/>
      </w:r>
    </w:p>
  </w:footnote>
  <w:footnote w:type="continuationSeparator" w:id="0">
    <w:p w14:paraId="25387A81" w14:textId="77777777" w:rsidR="00740855" w:rsidRDefault="00740855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7046"/>
    <w:rsid w:val="00034616"/>
    <w:rsid w:val="00037A2F"/>
    <w:rsid w:val="0006063C"/>
    <w:rsid w:val="000809F7"/>
    <w:rsid w:val="000A7699"/>
    <w:rsid w:val="000D682E"/>
    <w:rsid w:val="000E0BA7"/>
    <w:rsid w:val="001033F6"/>
    <w:rsid w:val="0012049E"/>
    <w:rsid w:val="00121D80"/>
    <w:rsid w:val="001443EF"/>
    <w:rsid w:val="0015074B"/>
    <w:rsid w:val="00151EB7"/>
    <w:rsid w:val="00153406"/>
    <w:rsid w:val="0016720D"/>
    <w:rsid w:val="00181F7B"/>
    <w:rsid w:val="00190BA0"/>
    <w:rsid w:val="001E1322"/>
    <w:rsid w:val="001E229C"/>
    <w:rsid w:val="001E2352"/>
    <w:rsid w:val="001F6B8C"/>
    <w:rsid w:val="0020118A"/>
    <w:rsid w:val="0020168D"/>
    <w:rsid w:val="00203C34"/>
    <w:rsid w:val="00247B2F"/>
    <w:rsid w:val="0029639D"/>
    <w:rsid w:val="002B0023"/>
    <w:rsid w:val="002F361F"/>
    <w:rsid w:val="003147CF"/>
    <w:rsid w:val="00326F90"/>
    <w:rsid w:val="00347F2A"/>
    <w:rsid w:val="00354AD2"/>
    <w:rsid w:val="003D262F"/>
    <w:rsid w:val="003F50F6"/>
    <w:rsid w:val="003F76C2"/>
    <w:rsid w:val="00400246"/>
    <w:rsid w:val="0041783B"/>
    <w:rsid w:val="00425C86"/>
    <w:rsid w:val="00452B42"/>
    <w:rsid w:val="0048495F"/>
    <w:rsid w:val="004B7CE2"/>
    <w:rsid w:val="004C2362"/>
    <w:rsid w:val="004D44EB"/>
    <w:rsid w:val="004E23FF"/>
    <w:rsid w:val="004F738E"/>
    <w:rsid w:val="00503E25"/>
    <w:rsid w:val="005058AF"/>
    <w:rsid w:val="005216FA"/>
    <w:rsid w:val="005406CB"/>
    <w:rsid w:val="0054106E"/>
    <w:rsid w:val="00550CB0"/>
    <w:rsid w:val="00582199"/>
    <w:rsid w:val="00591F7E"/>
    <w:rsid w:val="005C17F4"/>
    <w:rsid w:val="005C775C"/>
    <w:rsid w:val="005F43DF"/>
    <w:rsid w:val="00607114"/>
    <w:rsid w:val="00614554"/>
    <w:rsid w:val="006214EA"/>
    <w:rsid w:val="006521CC"/>
    <w:rsid w:val="006715B2"/>
    <w:rsid w:val="006A0249"/>
    <w:rsid w:val="006A36DE"/>
    <w:rsid w:val="006E0682"/>
    <w:rsid w:val="0070220F"/>
    <w:rsid w:val="00726B5C"/>
    <w:rsid w:val="00736BFD"/>
    <w:rsid w:val="00740855"/>
    <w:rsid w:val="007729D9"/>
    <w:rsid w:val="007C57FD"/>
    <w:rsid w:val="007F3A24"/>
    <w:rsid w:val="007F45AD"/>
    <w:rsid w:val="0085407C"/>
    <w:rsid w:val="00886001"/>
    <w:rsid w:val="00886B87"/>
    <w:rsid w:val="008C46AA"/>
    <w:rsid w:val="008C685B"/>
    <w:rsid w:val="008F3A40"/>
    <w:rsid w:val="00920391"/>
    <w:rsid w:val="009863E5"/>
    <w:rsid w:val="009A6B67"/>
    <w:rsid w:val="009A6F72"/>
    <w:rsid w:val="009B0BC2"/>
    <w:rsid w:val="009B18AC"/>
    <w:rsid w:val="009B3BF5"/>
    <w:rsid w:val="009D6279"/>
    <w:rsid w:val="00A140ED"/>
    <w:rsid w:val="00A379DF"/>
    <w:rsid w:val="00A5216A"/>
    <w:rsid w:val="00AA1D8D"/>
    <w:rsid w:val="00AB43EE"/>
    <w:rsid w:val="00AF1882"/>
    <w:rsid w:val="00B10FAB"/>
    <w:rsid w:val="00B2502F"/>
    <w:rsid w:val="00B47730"/>
    <w:rsid w:val="00B67FDC"/>
    <w:rsid w:val="00B70233"/>
    <w:rsid w:val="00B9733A"/>
    <w:rsid w:val="00B97FC9"/>
    <w:rsid w:val="00BB74C0"/>
    <w:rsid w:val="00BF77C4"/>
    <w:rsid w:val="00C132CD"/>
    <w:rsid w:val="00C13585"/>
    <w:rsid w:val="00C21D16"/>
    <w:rsid w:val="00C360BD"/>
    <w:rsid w:val="00C46C4C"/>
    <w:rsid w:val="00C56B91"/>
    <w:rsid w:val="00C57B6B"/>
    <w:rsid w:val="00C90425"/>
    <w:rsid w:val="00C932DF"/>
    <w:rsid w:val="00C95BF0"/>
    <w:rsid w:val="00CB0664"/>
    <w:rsid w:val="00CC0B6A"/>
    <w:rsid w:val="00CC1C23"/>
    <w:rsid w:val="00D55DFF"/>
    <w:rsid w:val="00D5784E"/>
    <w:rsid w:val="00DC5185"/>
    <w:rsid w:val="00DD76E8"/>
    <w:rsid w:val="00DE07D6"/>
    <w:rsid w:val="00DF34A3"/>
    <w:rsid w:val="00E131D6"/>
    <w:rsid w:val="00E610F7"/>
    <w:rsid w:val="00E71E5A"/>
    <w:rsid w:val="00E7362D"/>
    <w:rsid w:val="00EB26F4"/>
    <w:rsid w:val="00EE13C6"/>
    <w:rsid w:val="00EE3278"/>
    <w:rsid w:val="00EF43A6"/>
    <w:rsid w:val="00F04A69"/>
    <w:rsid w:val="00F25ABC"/>
    <w:rsid w:val="00F66C19"/>
    <w:rsid w:val="00F82DD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2026-09-02T13:19:00Z</dcterms:created>
  <dcterms:modified xsi:type="dcterms:W3CDTF">2026-09-02T13:19:00Z</dcterms:modified>
  <cp:category/>
</cp:coreProperties>
</file>