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E45C281" w:rsidR="00C360BD" w:rsidRDefault="00736BFD" w:rsidP="00C360BD">
      <w:pPr>
        <w:jc w:val="center"/>
        <w:rPr>
          <w:b/>
          <w:sz w:val="24"/>
        </w:rPr>
      </w:pPr>
      <w:r w:rsidRPr="00736BFD">
        <w:rPr>
          <w:b/>
          <w:sz w:val="24"/>
        </w:rPr>
        <w:t>Lucie Kabelová</w:t>
      </w:r>
      <w:r w:rsidRPr="00736BF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736BFD">
        <w:rPr>
          <w:b/>
          <w:sz w:val="24"/>
        </w:rPr>
        <w:t xml:space="preserve">Jan Evangelista </w:t>
      </w:r>
      <w:proofErr w:type="spellStart"/>
      <w:r w:rsidRPr="00736BFD">
        <w:rPr>
          <w:b/>
          <w:sz w:val="24"/>
        </w:rPr>
        <w:t>Purkyně</w:t>
      </w:r>
      <w:proofErr w:type="spellEnd"/>
      <w:r w:rsidRPr="00736BFD">
        <w:rPr>
          <w:b/>
          <w:sz w:val="24"/>
        </w:rPr>
        <w:t xml:space="preserve"> University in Ústí </w:t>
      </w:r>
      <w:proofErr w:type="spellStart"/>
      <w:r w:rsidRPr="00736BFD">
        <w:rPr>
          <w:b/>
          <w:sz w:val="24"/>
        </w:rPr>
        <w:t>nad</w:t>
      </w:r>
      <w:proofErr w:type="spellEnd"/>
      <w:r w:rsidRPr="00736BFD">
        <w:rPr>
          <w:b/>
          <w:sz w:val="24"/>
        </w:rPr>
        <w:t xml:space="preserve"> Labem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F8B9946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736BFD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36BFD" w:rsidRPr="00736BFD">
        <w:t>Spatial Accessibility of Selected Healthcare Services for the Ageing Population</w:t>
      </w:r>
      <w:r>
        <w:t>”</w:t>
      </w:r>
      <w:r w:rsidR="0048495F">
        <w:t xml:space="preserve"> </w:t>
      </w:r>
    </w:p>
    <w:p w14:paraId="16DB20D1" w14:textId="161ECC0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736BFD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AF5BB" w14:textId="77777777" w:rsidR="00072885" w:rsidRDefault="00072885" w:rsidP="006521CC">
      <w:pPr>
        <w:spacing w:after="0" w:line="240" w:lineRule="auto"/>
      </w:pPr>
      <w:r>
        <w:separator/>
      </w:r>
    </w:p>
  </w:endnote>
  <w:endnote w:type="continuationSeparator" w:id="0">
    <w:p w14:paraId="07419E53" w14:textId="77777777" w:rsidR="00072885" w:rsidRDefault="0007288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50FBF" w14:textId="77777777" w:rsidR="00072885" w:rsidRDefault="00072885" w:rsidP="006521CC">
      <w:pPr>
        <w:spacing w:after="0" w:line="240" w:lineRule="auto"/>
      </w:pPr>
      <w:r>
        <w:separator/>
      </w:r>
    </w:p>
  </w:footnote>
  <w:footnote w:type="continuationSeparator" w:id="0">
    <w:p w14:paraId="47034C40" w14:textId="77777777" w:rsidR="00072885" w:rsidRDefault="0007288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72885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1783B"/>
    <w:rsid w:val="00425C86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0249"/>
    <w:rsid w:val="006A36DE"/>
    <w:rsid w:val="006E0682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2026-09-02T12:52:00Z</dcterms:created>
  <dcterms:modified xsi:type="dcterms:W3CDTF">2026-09-02T12:52:00Z</dcterms:modified>
  <cp:category/>
</cp:coreProperties>
</file>