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57F8CB10" w:rsidR="00C360BD" w:rsidRDefault="003715F8" w:rsidP="00C360BD">
      <w:pPr>
        <w:jc w:val="center"/>
        <w:rPr>
          <w:b/>
          <w:sz w:val="24"/>
        </w:rPr>
      </w:pPr>
      <w:r w:rsidRPr="003715F8">
        <w:rPr>
          <w:b/>
          <w:sz w:val="24"/>
        </w:rPr>
        <w:t xml:space="preserve">Lucia </w:t>
      </w:r>
      <w:proofErr w:type="spellStart"/>
      <w:r w:rsidRPr="003715F8">
        <w:rPr>
          <w:b/>
          <w:sz w:val="24"/>
        </w:rPr>
        <w:t>Petrikovičová</w:t>
      </w:r>
      <w:proofErr w:type="spellEnd"/>
      <w:r w:rsidRPr="003715F8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3715F8">
        <w:rPr>
          <w:b/>
          <w:sz w:val="24"/>
        </w:rPr>
        <w:t>Constantine the Philosopher University in Nitra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51DEC874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3715F8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3715F8" w:rsidRPr="003715F8">
        <w:t>Spatial Dimensions of the Cyrillo-</w:t>
      </w:r>
      <w:proofErr w:type="spellStart"/>
      <w:r w:rsidR="003715F8" w:rsidRPr="003715F8">
        <w:t>Methodian</w:t>
      </w:r>
      <w:proofErr w:type="spellEnd"/>
      <w:r w:rsidR="003715F8" w:rsidRPr="003715F8">
        <w:t xml:space="preserve"> Heritage in Slovakia </w:t>
      </w:r>
      <w:r w:rsidR="003715F8">
        <w:br/>
      </w:r>
      <w:r w:rsidR="003715F8" w:rsidRPr="003715F8">
        <w:t>and Forms of Its Development</w:t>
      </w:r>
      <w:r>
        <w:t>”</w:t>
      </w:r>
      <w:r w:rsidR="0048495F">
        <w:t xml:space="preserve"> </w:t>
      </w:r>
    </w:p>
    <w:p w14:paraId="16DB20D1" w14:textId="4935562C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3715F8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0BB8A" w14:textId="77777777" w:rsidR="00720B1A" w:rsidRDefault="00720B1A" w:rsidP="006521CC">
      <w:pPr>
        <w:spacing w:after="0" w:line="240" w:lineRule="auto"/>
      </w:pPr>
      <w:r>
        <w:separator/>
      </w:r>
    </w:p>
  </w:endnote>
  <w:endnote w:type="continuationSeparator" w:id="0">
    <w:p w14:paraId="5C66E233" w14:textId="77777777" w:rsidR="00720B1A" w:rsidRDefault="00720B1A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47F00" w14:textId="77777777" w:rsidR="00720B1A" w:rsidRDefault="00720B1A" w:rsidP="006521CC">
      <w:pPr>
        <w:spacing w:after="0" w:line="240" w:lineRule="auto"/>
      </w:pPr>
      <w:r>
        <w:separator/>
      </w:r>
    </w:p>
  </w:footnote>
  <w:footnote w:type="continuationSeparator" w:id="0">
    <w:p w14:paraId="28A2852B" w14:textId="77777777" w:rsidR="00720B1A" w:rsidRDefault="00720B1A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3648"/>
    <w:rsid w:val="000809F7"/>
    <w:rsid w:val="0009007E"/>
    <w:rsid w:val="000A198A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0B1A"/>
    <w:rsid w:val="00726B5C"/>
    <w:rsid w:val="007274B7"/>
    <w:rsid w:val="00736BFD"/>
    <w:rsid w:val="00754F95"/>
    <w:rsid w:val="007729D9"/>
    <w:rsid w:val="007C57FD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3A40"/>
    <w:rsid w:val="00901CFE"/>
    <w:rsid w:val="00902BBE"/>
    <w:rsid w:val="00920391"/>
    <w:rsid w:val="00931F9B"/>
    <w:rsid w:val="00943A89"/>
    <w:rsid w:val="00944A14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26308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B74C0"/>
    <w:rsid w:val="00BD73F2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11608"/>
    <w:rsid w:val="00F25ABC"/>
    <w:rsid w:val="00F33402"/>
    <w:rsid w:val="00F5106D"/>
    <w:rsid w:val="00F6631A"/>
    <w:rsid w:val="00F66C19"/>
    <w:rsid w:val="00F71703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2026-09-03T08:50:00Z</dcterms:created>
  <dcterms:modified xsi:type="dcterms:W3CDTF">2026-09-03T08:50:00Z</dcterms:modified>
  <cp:category/>
</cp:coreProperties>
</file>