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7E8EF02" w:rsidR="00C360BD" w:rsidRDefault="0009007E" w:rsidP="00C360BD">
      <w:pPr>
        <w:jc w:val="center"/>
        <w:rPr>
          <w:b/>
          <w:sz w:val="24"/>
        </w:rPr>
      </w:pPr>
      <w:r w:rsidRPr="0009007E">
        <w:rPr>
          <w:b/>
          <w:sz w:val="24"/>
        </w:rPr>
        <w:t xml:space="preserve">Kvetoslava </w:t>
      </w:r>
      <w:proofErr w:type="spellStart"/>
      <w:r w:rsidRPr="0009007E">
        <w:rPr>
          <w:b/>
          <w:sz w:val="24"/>
        </w:rPr>
        <w:t>Matlovičová</w:t>
      </w:r>
      <w:proofErr w:type="spellEnd"/>
      <w:r w:rsidRPr="0009007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9007E">
        <w:rPr>
          <w:b/>
          <w:sz w:val="24"/>
        </w:rPr>
        <w:t>Bratislava University of Economics and Business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F2A4845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D20CA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80015">
        <w:t xml:space="preserve">Toward a Metamodern Geography: Beyond Modernist Certainty </w:t>
      </w:r>
      <w:r w:rsidR="004C563B">
        <w:br/>
      </w:r>
      <w:r w:rsidR="00680015">
        <w:t>and</w:t>
      </w:r>
      <w:r w:rsidR="00680015">
        <w:t xml:space="preserve"> </w:t>
      </w:r>
      <w:r w:rsidR="00680015">
        <w:t>Postmodern Fragmentation</w:t>
      </w:r>
      <w:r>
        <w:t>”</w:t>
      </w:r>
      <w:r w:rsidR="0048495F">
        <w:t xml:space="preserve"> </w:t>
      </w:r>
    </w:p>
    <w:p w14:paraId="16DB20D1" w14:textId="6D5F070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9007E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DCA2" w14:textId="77777777" w:rsidR="00D0006B" w:rsidRDefault="00D0006B" w:rsidP="006521CC">
      <w:pPr>
        <w:spacing w:after="0" w:line="240" w:lineRule="auto"/>
      </w:pPr>
      <w:r>
        <w:separator/>
      </w:r>
    </w:p>
  </w:endnote>
  <w:endnote w:type="continuationSeparator" w:id="0">
    <w:p w14:paraId="6AD61862" w14:textId="77777777" w:rsidR="00D0006B" w:rsidRDefault="00D0006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B8776" w14:textId="77777777" w:rsidR="00D0006B" w:rsidRDefault="00D0006B" w:rsidP="006521CC">
      <w:pPr>
        <w:spacing w:after="0" w:line="240" w:lineRule="auto"/>
      </w:pPr>
      <w:r>
        <w:separator/>
      </w:r>
    </w:p>
  </w:footnote>
  <w:footnote w:type="continuationSeparator" w:id="0">
    <w:p w14:paraId="7450E77D" w14:textId="77777777" w:rsidR="00D0006B" w:rsidRDefault="00D0006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0006B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2026-09-03T07:13:00Z</dcterms:created>
  <dcterms:modified xsi:type="dcterms:W3CDTF">2026-09-03T07:13:00Z</dcterms:modified>
  <cp:category/>
</cp:coreProperties>
</file>