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19259EC3" w:rsidR="00C360BD" w:rsidRDefault="002F066C" w:rsidP="00C360BD">
      <w:pPr>
        <w:jc w:val="center"/>
        <w:rPr>
          <w:b/>
          <w:sz w:val="24"/>
        </w:rPr>
      </w:pPr>
      <w:r w:rsidRPr="002F066C">
        <w:rPr>
          <w:b/>
          <w:sz w:val="24"/>
        </w:rPr>
        <w:t>Katarína Vilinová</w:t>
      </w:r>
      <w:r w:rsidR="001918ED" w:rsidRPr="001918ED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2F066C">
        <w:rPr>
          <w:b/>
          <w:sz w:val="24"/>
        </w:rPr>
        <w:t>Constantine the Philosopher University in Nitra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247D1F1B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2F066C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2F066C" w:rsidRPr="002F066C">
        <w:t>Specifics of Viticulture and Winemaking in the Nitra Region</w:t>
      </w:r>
      <w:r>
        <w:t>”</w:t>
      </w:r>
      <w:r w:rsidR="0048495F">
        <w:t xml:space="preserve"> </w:t>
      </w:r>
    </w:p>
    <w:p w14:paraId="16DB20D1" w14:textId="3B37E1F0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2F066C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7F8DE" w14:textId="77777777" w:rsidR="00953DAE" w:rsidRDefault="00953DAE" w:rsidP="006521CC">
      <w:pPr>
        <w:spacing w:after="0" w:line="240" w:lineRule="auto"/>
      </w:pPr>
      <w:r>
        <w:separator/>
      </w:r>
    </w:p>
  </w:endnote>
  <w:endnote w:type="continuationSeparator" w:id="0">
    <w:p w14:paraId="0DA1155C" w14:textId="77777777" w:rsidR="00953DAE" w:rsidRDefault="00953DAE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1784F" w14:textId="77777777" w:rsidR="00953DAE" w:rsidRDefault="00953DAE" w:rsidP="006521CC">
      <w:pPr>
        <w:spacing w:after="0" w:line="240" w:lineRule="auto"/>
      </w:pPr>
      <w:r>
        <w:separator/>
      </w:r>
    </w:p>
  </w:footnote>
  <w:footnote w:type="continuationSeparator" w:id="0">
    <w:p w14:paraId="6453AF3C" w14:textId="77777777" w:rsidR="00953DAE" w:rsidRDefault="00953DAE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3406"/>
    <w:rsid w:val="0016720D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9639D"/>
    <w:rsid w:val="002A44B9"/>
    <w:rsid w:val="002B0023"/>
    <w:rsid w:val="002F066C"/>
    <w:rsid w:val="002F361F"/>
    <w:rsid w:val="003147CF"/>
    <w:rsid w:val="003202CB"/>
    <w:rsid w:val="00325BF6"/>
    <w:rsid w:val="00326F90"/>
    <w:rsid w:val="00347F2A"/>
    <w:rsid w:val="003542D6"/>
    <w:rsid w:val="00354AD2"/>
    <w:rsid w:val="003D262F"/>
    <w:rsid w:val="003F50F6"/>
    <w:rsid w:val="003F76C2"/>
    <w:rsid w:val="00400246"/>
    <w:rsid w:val="004124AD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63F88"/>
    <w:rsid w:val="006715B2"/>
    <w:rsid w:val="00680015"/>
    <w:rsid w:val="006A0249"/>
    <w:rsid w:val="006A36DE"/>
    <w:rsid w:val="006A3DF2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4189D"/>
    <w:rsid w:val="0085407C"/>
    <w:rsid w:val="00886001"/>
    <w:rsid w:val="00886B87"/>
    <w:rsid w:val="008C46AA"/>
    <w:rsid w:val="008C5BD5"/>
    <w:rsid w:val="008C685B"/>
    <w:rsid w:val="008F3A40"/>
    <w:rsid w:val="00901CFE"/>
    <w:rsid w:val="00902BBE"/>
    <w:rsid w:val="00920391"/>
    <w:rsid w:val="00953DAE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A140ED"/>
    <w:rsid w:val="00A379DF"/>
    <w:rsid w:val="00A43322"/>
    <w:rsid w:val="00A44F79"/>
    <w:rsid w:val="00A5216A"/>
    <w:rsid w:val="00A825A6"/>
    <w:rsid w:val="00A8317B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5DFF"/>
    <w:rsid w:val="00D5784E"/>
    <w:rsid w:val="00D73ABD"/>
    <w:rsid w:val="00D968DD"/>
    <w:rsid w:val="00DA0589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25ABC"/>
    <w:rsid w:val="00F5106D"/>
    <w:rsid w:val="00F6631A"/>
    <w:rsid w:val="00F66C19"/>
    <w:rsid w:val="00F71703"/>
    <w:rsid w:val="00F82DDE"/>
    <w:rsid w:val="00FA128E"/>
    <w:rsid w:val="00FC693F"/>
    <w:rsid w:val="00FD1A5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2026-09-03T08:06:00Z</dcterms:created>
  <dcterms:modified xsi:type="dcterms:W3CDTF">2026-09-03T08:06:00Z</dcterms:modified>
  <cp:category/>
</cp:coreProperties>
</file>