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53412A0F" w:rsidR="00C360BD" w:rsidRDefault="00A825A6" w:rsidP="00C360BD">
      <w:pPr>
        <w:jc w:val="center"/>
        <w:rPr>
          <w:b/>
          <w:sz w:val="24"/>
        </w:rPr>
      </w:pPr>
      <w:r w:rsidRPr="00A825A6">
        <w:rPr>
          <w:b/>
          <w:sz w:val="24"/>
        </w:rPr>
        <w:t>Katarína Onačillová</w:t>
      </w:r>
      <w:r w:rsidRPr="00A825A6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="00E37E56" w:rsidRPr="00E37E56">
        <w:rPr>
          <w:b/>
          <w:sz w:val="24"/>
        </w:rPr>
        <w:t>Pavol Jozef Šafárik University in Košice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0D602B8D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A8317B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A825A6" w:rsidRPr="00A825A6">
        <w:t>A Multi-Source GIS Framework for Mapping Energy and Climate Adaptation Potential in the Košice Self-Governing Region</w:t>
      </w:r>
      <w:r>
        <w:t>”</w:t>
      </w:r>
      <w:r w:rsidR="0048495F">
        <w:t xml:space="preserve"> </w:t>
      </w:r>
    </w:p>
    <w:p w14:paraId="16DB20D1" w14:textId="4EB061A4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E37E56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8A990" w14:textId="77777777" w:rsidR="00C65B9C" w:rsidRDefault="00C65B9C" w:rsidP="006521CC">
      <w:pPr>
        <w:spacing w:after="0" w:line="240" w:lineRule="auto"/>
      </w:pPr>
      <w:r>
        <w:separator/>
      </w:r>
    </w:p>
  </w:endnote>
  <w:endnote w:type="continuationSeparator" w:id="0">
    <w:p w14:paraId="17BE14AA" w14:textId="77777777" w:rsidR="00C65B9C" w:rsidRDefault="00C65B9C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DB8B6" w14:textId="77777777" w:rsidR="00C65B9C" w:rsidRDefault="00C65B9C" w:rsidP="006521CC">
      <w:pPr>
        <w:spacing w:after="0" w:line="240" w:lineRule="auto"/>
      </w:pPr>
      <w:r>
        <w:separator/>
      </w:r>
    </w:p>
  </w:footnote>
  <w:footnote w:type="continuationSeparator" w:id="0">
    <w:p w14:paraId="7EE264D6" w14:textId="77777777" w:rsidR="00C65B9C" w:rsidRDefault="00C65B9C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B0023"/>
    <w:rsid w:val="002F361F"/>
    <w:rsid w:val="003147CF"/>
    <w:rsid w:val="003202CB"/>
    <w:rsid w:val="00326F90"/>
    <w:rsid w:val="00347F2A"/>
    <w:rsid w:val="003542D6"/>
    <w:rsid w:val="00354AD2"/>
    <w:rsid w:val="003D262F"/>
    <w:rsid w:val="003F50F6"/>
    <w:rsid w:val="003F76C2"/>
    <w:rsid w:val="00400246"/>
    <w:rsid w:val="004124AD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63F88"/>
    <w:rsid w:val="006715B2"/>
    <w:rsid w:val="00680015"/>
    <w:rsid w:val="006A0249"/>
    <w:rsid w:val="006A36DE"/>
    <w:rsid w:val="006A3DF2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4189D"/>
    <w:rsid w:val="0085407C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44F79"/>
    <w:rsid w:val="00A5216A"/>
    <w:rsid w:val="00A825A6"/>
    <w:rsid w:val="00A8317B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65B9C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5DFF"/>
    <w:rsid w:val="00D5784E"/>
    <w:rsid w:val="00D73ABD"/>
    <w:rsid w:val="00D968DD"/>
    <w:rsid w:val="00DA0589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F43A6"/>
    <w:rsid w:val="00F04A69"/>
    <w:rsid w:val="00F25ABC"/>
    <w:rsid w:val="00F5106D"/>
    <w:rsid w:val="00F6631A"/>
    <w:rsid w:val="00F66C19"/>
    <w:rsid w:val="00F82DDE"/>
    <w:rsid w:val="00FA128E"/>
    <w:rsid w:val="00FC693F"/>
    <w:rsid w:val="00FD1A58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2026-09-03T07:54:00Z</dcterms:created>
  <dcterms:modified xsi:type="dcterms:W3CDTF">2026-09-03T07:54:00Z</dcterms:modified>
  <cp:category/>
</cp:coreProperties>
</file>