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C653B60" w:rsidR="00C360BD" w:rsidRDefault="00E7362D" w:rsidP="00C360BD">
      <w:pPr>
        <w:jc w:val="center"/>
        <w:rPr>
          <w:b/>
          <w:sz w:val="24"/>
        </w:rPr>
      </w:pPr>
      <w:r w:rsidRPr="00E7362D">
        <w:rPr>
          <w:b/>
          <w:sz w:val="24"/>
        </w:rPr>
        <w:t>Katarína Danielová</w:t>
      </w:r>
      <w:r w:rsidRPr="00E7362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91A0DEA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E0BA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7362D" w:rsidRPr="00E7362D">
        <w:t xml:space="preserve">Localization and expansion of grocery stores of selected retail chains in the </w:t>
      </w:r>
      <w:r w:rsidR="00E7362D">
        <w:br/>
      </w:r>
      <w:r w:rsidR="00E7362D" w:rsidRPr="00E7362D">
        <w:t>Czech Republic and Slovakia</w:t>
      </w:r>
      <w:r>
        <w:t>”</w:t>
      </w:r>
      <w:r w:rsidR="0048495F">
        <w:t xml:space="preserve"> </w:t>
      </w:r>
    </w:p>
    <w:p w14:paraId="16DB20D1" w14:textId="25AA7EE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7362D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744F" w14:textId="77777777" w:rsidR="008D398E" w:rsidRDefault="008D398E" w:rsidP="006521CC">
      <w:pPr>
        <w:spacing w:after="0" w:line="240" w:lineRule="auto"/>
      </w:pPr>
      <w:r>
        <w:separator/>
      </w:r>
    </w:p>
  </w:endnote>
  <w:endnote w:type="continuationSeparator" w:id="0">
    <w:p w14:paraId="2453BFC2" w14:textId="77777777" w:rsidR="008D398E" w:rsidRDefault="008D398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0590" w14:textId="77777777" w:rsidR="008D398E" w:rsidRDefault="008D398E" w:rsidP="006521CC">
      <w:pPr>
        <w:spacing w:after="0" w:line="240" w:lineRule="auto"/>
      </w:pPr>
      <w:r>
        <w:separator/>
      </w:r>
    </w:p>
  </w:footnote>
  <w:footnote w:type="continuationSeparator" w:id="0">
    <w:p w14:paraId="7F6689BC" w14:textId="77777777" w:rsidR="008D398E" w:rsidRDefault="008D398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8495F"/>
    <w:rsid w:val="004F738E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D398E"/>
    <w:rsid w:val="00920391"/>
    <w:rsid w:val="009A6F72"/>
    <w:rsid w:val="009B0BC2"/>
    <w:rsid w:val="009B18AC"/>
    <w:rsid w:val="00A140ED"/>
    <w:rsid w:val="00A5216A"/>
    <w:rsid w:val="00AA1D8D"/>
    <w:rsid w:val="00AB43EE"/>
    <w:rsid w:val="00B47730"/>
    <w:rsid w:val="00B97FC9"/>
    <w:rsid w:val="00C132CD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2026-09-02T12:00:00Z</dcterms:created>
  <dcterms:modified xsi:type="dcterms:W3CDTF">2026-09-02T12:00:00Z</dcterms:modified>
  <cp:category/>
</cp:coreProperties>
</file>