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E65F847" w:rsidR="00C360BD" w:rsidRDefault="00037A2F" w:rsidP="00C360BD">
      <w:pPr>
        <w:jc w:val="center"/>
        <w:rPr>
          <w:b/>
          <w:sz w:val="24"/>
        </w:rPr>
      </w:pPr>
      <w:r w:rsidRPr="00037A2F">
        <w:rPr>
          <w:b/>
          <w:sz w:val="24"/>
        </w:rPr>
        <w:t>Juliana Krokusová</w:t>
      </w:r>
      <w:r w:rsidRPr="00037A2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37A2F">
        <w:rPr>
          <w:b/>
          <w:sz w:val="24"/>
        </w:rPr>
        <w:t xml:space="preserve">University of </w:t>
      </w:r>
      <w:proofErr w:type="spellStart"/>
      <w:r w:rsidRPr="00037A2F"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BD99854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71E5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37A2F" w:rsidRPr="00037A2F">
        <w:t xml:space="preserve">Water in the Mining Region – Determinants of </w:t>
      </w:r>
      <w:proofErr w:type="spellStart"/>
      <w:r w:rsidR="00037A2F" w:rsidRPr="00037A2F">
        <w:t>Geotourism</w:t>
      </w:r>
      <w:proofErr w:type="spellEnd"/>
      <w:r w:rsidR="00037A2F" w:rsidRPr="00037A2F">
        <w:t xml:space="preserve"> Development </w:t>
      </w:r>
      <w:r w:rsidR="00037A2F">
        <w:br/>
      </w:r>
      <w:r w:rsidR="00037A2F" w:rsidRPr="00037A2F">
        <w:t xml:space="preserve">in the Central </w:t>
      </w:r>
      <w:proofErr w:type="spellStart"/>
      <w:r w:rsidR="00037A2F" w:rsidRPr="00037A2F">
        <w:t>Spiš</w:t>
      </w:r>
      <w:proofErr w:type="spellEnd"/>
      <w:r w:rsidR="00037A2F" w:rsidRPr="00037A2F">
        <w:t xml:space="preserve"> Region</w:t>
      </w:r>
      <w:r>
        <w:t>”</w:t>
      </w:r>
      <w:r w:rsidR="0048495F">
        <w:t xml:space="preserve"> </w:t>
      </w:r>
    </w:p>
    <w:p w14:paraId="16DB20D1" w14:textId="2269EC9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37A2F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B545B" w14:textId="77777777" w:rsidR="00507CF6" w:rsidRDefault="00507CF6" w:rsidP="006521CC">
      <w:pPr>
        <w:spacing w:after="0" w:line="240" w:lineRule="auto"/>
      </w:pPr>
      <w:r>
        <w:separator/>
      </w:r>
    </w:p>
  </w:endnote>
  <w:endnote w:type="continuationSeparator" w:id="0">
    <w:p w14:paraId="425E2F70" w14:textId="77777777" w:rsidR="00507CF6" w:rsidRDefault="00507CF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3BB5" w14:textId="77777777" w:rsidR="00507CF6" w:rsidRDefault="00507CF6" w:rsidP="006521CC">
      <w:pPr>
        <w:spacing w:after="0" w:line="240" w:lineRule="auto"/>
      </w:pPr>
      <w:r>
        <w:separator/>
      </w:r>
    </w:p>
  </w:footnote>
  <w:footnote w:type="continuationSeparator" w:id="0">
    <w:p w14:paraId="3154D819" w14:textId="77777777" w:rsidR="00507CF6" w:rsidRDefault="00507CF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07CF6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2026-09-02T13:18:00Z</dcterms:created>
  <dcterms:modified xsi:type="dcterms:W3CDTF">2026-09-02T13:18:00Z</dcterms:modified>
  <cp:category/>
</cp:coreProperties>
</file>