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0242C592" w:rsidR="00C360BD" w:rsidRDefault="00354AD2" w:rsidP="00C360BD">
      <w:pPr>
        <w:jc w:val="center"/>
        <w:rPr>
          <w:b/>
          <w:sz w:val="24"/>
        </w:rPr>
      </w:pPr>
      <w:r w:rsidRPr="00354AD2">
        <w:rPr>
          <w:b/>
          <w:sz w:val="24"/>
        </w:rPr>
        <w:t>Josef Král</w:t>
      </w:r>
      <w:r w:rsidRPr="00354AD2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354AD2">
        <w:rPr>
          <w:b/>
          <w:sz w:val="24"/>
        </w:rPr>
        <w:t>Charles University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6A908FD4" w:rsidR="00920391" w:rsidRDefault="00920391" w:rsidP="00F04A69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452B42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354AD2" w:rsidRPr="00354AD2">
        <w:t xml:space="preserve">Geopolitical discourses among elementary and secondary school teachers </w:t>
      </w:r>
      <w:r w:rsidR="00354AD2">
        <w:br/>
      </w:r>
      <w:r w:rsidR="00354AD2" w:rsidRPr="00354AD2">
        <w:t>in Czechia and Slovakia</w:t>
      </w:r>
      <w:r>
        <w:t>”</w:t>
      </w:r>
      <w:r w:rsidR="0048495F">
        <w:t xml:space="preserve"> </w:t>
      </w:r>
    </w:p>
    <w:p w14:paraId="16DB20D1" w14:textId="0DC15D8B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354AD2">
        <w:t>130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8564E" w14:textId="77777777" w:rsidR="00740CD0" w:rsidRDefault="00740CD0" w:rsidP="006521CC">
      <w:pPr>
        <w:spacing w:after="0" w:line="240" w:lineRule="auto"/>
      </w:pPr>
      <w:r>
        <w:separator/>
      </w:r>
    </w:p>
  </w:endnote>
  <w:endnote w:type="continuationSeparator" w:id="0">
    <w:p w14:paraId="2AF5AC11" w14:textId="77777777" w:rsidR="00740CD0" w:rsidRDefault="00740CD0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DB16D" w14:textId="77777777" w:rsidR="00740CD0" w:rsidRDefault="00740CD0" w:rsidP="006521CC">
      <w:pPr>
        <w:spacing w:after="0" w:line="240" w:lineRule="auto"/>
      </w:pPr>
      <w:r>
        <w:separator/>
      </w:r>
    </w:p>
  </w:footnote>
  <w:footnote w:type="continuationSeparator" w:id="0">
    <w:p w14:paraId="0D879CFF" w14:textId="77777777" w:rsidR="00740CD0" w:rsidRDefault="00740CD0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6063C"/>
    <w:rsid w:val="000809F7"/>
    <w:rsid w:val="000A7699"/>
    <w:rsid w:val="000E0BA7"/>
    <w:rsid w:val="001033F6"/>
    <w:rsid w:val="0012049E"/>
    <w:rsid w:val="00121D80"/>
    <w:rsid w:val="001443EF"/>
    <w:rsid w:val="0015074B"/>
    <w:rsid w:val="00151EB7"/>
    <w:rsid w:val="00181F7B"/>
    <w:rsid w:val="00190BA0"/>
    <w:rsid w:val="001E1322"/>
    <w:rsid w:val="001E229C"/>
    <w:rsid w:val="001E2352"/>
    <w:rsid w:val="001F6B8C"/>
    <w:rsid w:val="0020118A"/>
    <w:rsid w:val="0020168D"/>
    <w:rsid w:val="00203C34"/>
    <w:rsid w:val="00247B2F"/>
    <w:rsid w:val="0029639D"/>
    <w:rsid w:val="002B0023"/>
    <w:rsid w:val="002F361F"/>
    <w:rsid w:val="00326F90"/>
    <w:rsid w:val="00347F2A"/>
    <w:rsid w:val="00354AD2"/>
    <w:rsid w:val="003D262F"/>
    <w:rsid w:val="003F50F6"/>
    <w:rsid w:val="003F76C2"/>
    <w:rsid w:val="00400246"/>
    <w:rsid w:val="0041783B"/>
    <w:rsid w:val="00425C86"/>
    <w:rsid w:val="00452B42"/>
    <w:rsid w:val="0048495F"/>
    <w:rsid w:val="004B7CE2"/>
    <w:rsid w:val="004C2362"/>
    <w:rsid w:val="004D44EB"/>
    <w:rsid w:val="004E23FF"/>
    <w:rsid w:val="004F738E"/>
    <w:rsid w:val="00503E25"/>
    <w:rsid w:val="005058AF"/>
    <w:rsid w:val="005216FA"/>
    <w:rsid w:val="005406CB"/>
    <w:rsid w:val="0054106E"/>
    <w:rsid w:val="00550CB0"/>
    <w:rsid w:val="00582199"/>
    <w:rsid w:val="00591F7E"/>
    <w:rsid w:val="005C17F4"/>
    <w:rsid w:val="005C775C"/>
    <w:rsid w:val="005F43DF"/>
    <w:rsid w:val="00607114"/>
    <w:rsid w:val="00614554"/>
    <w:rsid w:val="006214EA"/>
    <w:rsid w:val="006521CC"/>
    <w:rsid w:val="006715B2"/>
    <w:rsid w:val="006A0249"/>
    <w:rsid w:val="006A36DE"/>
    <w:rsid w:val="006E0682"/>
    <w:rsid w:val="0070220F"/>
    <w:rsid w:val="00726B5C"/>
    <w:rsid w:val="00736BFD"/>
    <w:rsid w:val="00740CD0"/>
    <w:rsid w:val="007729D9"/>
    <w:rsid w:val="007C57FD"/>
    <w:rsid w:val="007F3A24"/>
    <w:rsid w:val="007F45AD"/>
    <w:rsid w:val="0085407C"/>
    <w:rsid w:val="00886001"/>
    <w:rsid w:val="00886B87"/>
    <w:rsid w:val="008C46AA"/>
    <w:rsid w:val="008C685B"/>
    <w:rsid w:val="008F3A40"/>
    <w:rsid w:val="00920391"/>
    <w:rsid w:val="009863E5"/>
    <w:rsid w:val="009A6B67"/>
    <w:rsid w:val="009A6F72"/>
    <w:rsid w:val="009B0BC2"/>
    <w:rsid w:val="009B18AC"/>
    <w:rsid w:val="009D6279"/>
    <w:rsid w:val="00A140ED"/>
    <w:rsid w:val="00A379DF"/>
    <w:rsid w:val="00A5216A"/>
    <w:rsid w:val="00AA1D8D"/>
    <w:rsid w:val="00AB43EE"/>
    <w:rsid w:val="00AF1882"/>
    <w:rsid w:val="00B10FAB"/>
    <w:rsid w:val="00B47730"/>
    <w:rsid w:val="00B67FDC"/>
    <w:rsid w:val="00B70233"/>
    <w:rsid w:val="00B9733A"/>
    <w:rsid w:val="00B97FC9"/>
    <w:rsid w:val="00BB74C0"/>
    <w:rsid w:val="00BF77C4"/>
    <w:rsid w:val="00C132CD"/>
    <w:rsid w:val="00C13585"/>
    <w:rsid w:val="00C21D16"/>
    <w:rsid w:val="00C360BD"/>
    <w:rsid w:val="00C46C4C"/>
    <w:rsid w:val="00C56B91"/>
    <w:rsid w:val="00C57B6B"/>
    <w:rsid w:val="00C90425"/>
    <w:rsid w:val="00C932DF"/>
    <w:rsid w:val="00C95BF0"/>
    <w:rsid w:val="00CB0664"/>
    <w:rsid w:val="00CC0B6A"/>
    <w:rsid w:val="00CC1C23"/>
    <w:rsid w:val="00D55DFF"/>
    <w:rsid w:val="00D5784E"/>
    <w:rsid w:val="00DC5185"/>
    <w:rsid w:val="00DD76E8"/>
    <w:rsid w:val="00DE07D6"/>
    <w:rsid w:val="00DF34A3"/>
    <w:rsid w:val="00E131D6"/>
    <w:rsid w:val="00E610F7"/>
    <w:rsid w:val="00E7362D"/>
    <w:rsid w:val="00EB26F4"/>
    <w:rsid w:val="00EE13C6"/>
    <w:rsid w:val="00EE3278"/>
    <w:rsid w:val="00EF43A6"/>
    <w:rsid w:val="00F04A69"/>
    <w:rsid w:val="00F25ABC"/>
    <w:rsid w:val="00F82D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2026-09-02T13:10:00Z</dcterms:created>
  <dcterms:modified xsi:type="dcterms:W3CDTF">2026-09-02T13:10:00Z</dcterms:modified>
  <cp:category/>
</cp:coreProperties>
</file>