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0AEED0B8" w:rsidR="00C360BD" w:rsidRDefault="003D262F" w:rsidP="00C360BD">
      <w:pPr>
        <w:jc w:val="center"/>
        <w:rPr>
          <w:b/>
          <w:sz w:val="24"/>
        </w:rPr>
      </w:pPr>
      <w:r w:rsidRPr="003D262F">
        <w:rPr>
          <w:b/>
          <w:sz w:val="24"/>
        </w:rPr>
        <w:t>Jiří Ježek</w:t>
      </w:r>
      <w:r w:rsidRPr="003D262F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3D262F">
        <w:rPr>
          <w:b/>
          <w:sz w:val="24"/>
        </w:rPr>
        <w:t>University of West Bohemia in Pilsen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1C138C62" w:rsidR="00920391" w:rsidRDefault="00920391" w:rsidP="003D262F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5F43DF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3D262F">
        <w:t>Green infrastructure as part of the image of preferred housing</w:t>
      </w:r>
      <w:r w:rsidR="003D262F">
        <w:t xml:space="preserve"> </w:t>
      </w:r>
      <w:r w:rsidR="003D262F">
        <w:br/>
      </w:r>
      <w:r w:rsidR="003D262F">
        <w:t>locations for young people in Czechia</w:t>
      </w:r>
      <w:r>
        <w:t>”</w:t>
      </w:r>
      <w:r w:rsidR="0048495F">
        <w:t xml:space="preserve"> </w:t>
      </w:r>
    </w:p>
    <w:p w14:paraId="16DB20D1" w14:textId="03A5C732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DE07D6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C246B" w14:textId="77777777" w:rsidR="00BA6AC7" w:rsidRDefault="00BA6AC7" w:rsidP="006521CC">
      <w:pPr>
        <w:spacing w:after="0" w:line="240" w:lineRule="auto"/>
      </w:pPr>
      <w:r>
        <w:separator/>
      </w:r>
    </w:p>
  </w:endnote>
  <w:endnote w:type="continuationSeparator" w:id="0">
    <w:p w14:paraId="4C8F3462" w14:textId="77777777" w:rsidR="00BA6AC7" w:rsidRDefault="00BA6AC7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FB04E" w14:textId="77777777" w:rsidR="00BA6AC7" w:rsidRDefault="00BA6AC7" w:rsidP="006521CC">
      <w:pPr>
        <w:spacing w:after="0" w:line="240" w:lineRule="auto"/>
      </w:pPr>
      <w:r>
        <w:separator/>
      </w:r>
    </w:p>
  </w:footnote>
  <w:footnote w:type="continuationSeparator" w:id="0">
    <w:p w14:paraId="25D7F7C0" w14:textId="77777777" w:rsidR="00BA6AC7" w:rsidRDefault="00BA6AC7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27046"/>
    <w:rsid w:val="00034616"/>
    <w:rsid w:val="0006063C"/>
    <w:rsid w:val="000809F7"/>
    <w:rsid w:val="000A7699"/>
    <w:rsid w:val="000E0BA7"/>
    <w:rsid w:val="00121D80"/>
    <w:rsid w:val="001443EF"/>
    <w:rsid w:val="0015074B"/>
    <w:rsid w:val="00151EB7"/>
    <w:rsid w:val="00181F7B"/>
    <w:rsid w:val="00190BA0"/>
    <w:rsid w:val="001E1322"/>
    <w:rsid w:val="001E229C"/>
    <w:rsid w:val="001E2352"/>
    <w:rsid w:val="0020118A"/>
    <w:rsid w:val="0020168D"/>
    <w:rsid w:val="00203C34"/>
    <w:rsid w:val="00247B2F"/>
    <w:rsid w:val="0029639D"/>
    <w:rsid w:val="002B0023"/>
    <w:rsid w:val="002F361F"/>
    <w:rsid w:val="00326F90"/>
    <w:rsid w:val="003D262F"/>
    <w:rsid w:val="003F50F6"/>
    <w:rsid w:val="003F76C2"/>
    <w:rsid w:val="00400246"/>
    <w:rsid w:val="00425C86"/>
    <w:rsid w:val="0048495F"/>
    <w:rsid w:val="004B7CE2"/>
    <w:rsid w:val="004C2362"/>
    <w:rsid w:val="004F738E"/>
    <w:rsid w:val="00503E25"/>
    <w:rsid w:val="005216FA"/>
    <w:rsid w:val="005406CB"/>
    <w:rsid w:val="0054106E"/>
    <w:rsid w:val="00550CB0"/>
    <w:rsid w:val="00582199"/>
    <w:rsid w:val="00591F7E"/>
    <w:rsid w:val="005C17F4"/>
    <w:rsid w:val="005F43DF"/>
    <w:rsid w:val="00614554"/>
    <w:rsid w:val="006214EA"/>
    <w:rsid w:val="006521CC"/>
    <w:rsid w:val="006A0249"/>
    <w:rsid w:val="006A36DE"/>
    <w:rsid w:val="006E0682"/>
    <w:rsid w:val="00726B5C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20391"/>
    <w:rsid w:val="009863E5"/>
    <w:rsid w:val="009A6F72"/>
    <w:rsid w:val="009B0BC2"/>
    <w:rsid w:val="009B18AC"/>
    <w:rsid w:val="009D6279"/>
    <w:rsid w:val="00A140ED"/>
    <w:rsid w:val="00A379DF"/>
    <w:rsid w:val="00A5216A"/>
    <w:rsid w:val="00AA1D8D"/>
    <w:rsid w:val="00AB43EE"/>
    <w:rsid w:val="00AF1882"/>
    <w:rsid w:val="00B10FAB"/>
    <w:rsid w:val="00B47730"/>
    <w:rsid w:val="00B67FDC"/>
    <w:rsid w:val="00B70233"/>
    <w:rsid w:val="00B9733A"/>
    <w:rsid w:val="00B97FC9"/>
    <w:rsid w:val="00BA6AC7"/>
    <w:rsid w:val="00BB74C0"/>
    <w:rsid w:val="00BF77C4"/>
    <w:rsid w:val="00C132CD"/>
    <w:rsid w:val="00C13585"/>
    <w:rsid w:val="00C21D16"/>
    <w:rsid w:val="00C360BD"/>
    <w:rsid w:val="00C46C4C"/>
    <w:rsid w:val="00C56B91"/>
    <w:rsid w:val="00C90425"/>
    <w:rsid w:val="00C932DF"/>
    <w:rsid w:val="00C95BF0"/>
    <w:rsid w:val="00CB0664"/>
    <w:rsid w:val="00CC0B6A"/>
    <w:rsid w:val="00CC1C23"/>
    <w:rsid w:val="00D55DFF"/>
    <w:rsid w:val="00D5784E"/>
    <w:rsid w:val="00DC5185"/>
    <w:rsid w:val="00DD76E8"/>
    <w:rsid w:val="00DE07D6"/>
    <w:rsid w:val="00DF34A3"/>
    <w:rsid w:val="00E131D6"/>
    <w:rsid w:val="00E610F7"/>
    <w:rsid w:val="00E7362D"/>
    <w:rsid w:val="00EB26F4"/>
    <w:rsid w:val="00EE13C6"/>
    <w:rsid w:val="00EE3278"/>
    <w:rsid w:val="00EF43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2026-09-02T12:48:00Z</dcterms:created>
  <dcterms:modified xsi:type="dcterms:W3CDTF">2026-09-02T12:48:00Z</dcterms:modified>
  <cp:category/>
</cp:coreProperties>
</file>