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51B40A4C" w:rsidR="00C360BD" w:rsidRDefault="00726B5C" w:rsidP="00C360BD">
      <w:pPr>
        <w:jc w:val="center"/>
        <w:rPr>
          <w:b/>
          <w:sz w:val="24"/>
        </w:rPr>
      </w:pPr>
      <w:r w:rsidRPr="00726B5C">
        <w:rPr>
          <w:b/>
          <w:sz w:val="24"/>
        </w:rPr>
        <w:t>Jiří Hasman</w:t>
      </w:r>
      <w:r w:rsidRPr="00726B5C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="00CC0B6A">
        <w:rPr>
          <w:b/>
          <w:sz w:val="24"/>
        </w:rPr>
        <w:t>Charles</w:t>
      </w:r>
      <w:r w:rsidR="003F50F6">
        <w:rPr>
          <w:b/>
          <w:sz w:val="24"/>
        </w:rPr>
        <w:t xml:space="preserve"> University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7E978216" w:rsidR="00920391" w:rsidRDefault="00920391" w:rsidP="005406CB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EE13C6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726B5C" w:rsidRPr="00726B5C">
        <w:t xml:space="preserve">The hierarchy of deservingness: Irina deserves help, but </w:t>
      </w:r>
      <w:proofErr w:type="spellStart"/>
      <w:r w:rsidR="00726B5C" w:rsidRPr="00726B5C">
        <w:t>Ousmana</w:t>
      </w:r>
      <w:proofErr w:type="spellEnd"/>
      <w:r w:rsidR="00726B5C" w:rsidRPr="00726B5C">
        <w:t xml:space="preserve"> is not </w:t>
      </w:r>
      <w:r w:rsidR="00726B5C">
        <w:br/>
      </w:r>
      <w:r w:rsidR="00726B5C" w:rsidRPr="00726B5C">
        <w:t>welcome in the Czech Republic!</w:t>
      </w:r>
      <w:r>
        <w:t>”</w:t>
      </w:r>
      <w:r w:rsidR="0048495F">
        <w:t xml:space="preserve"> </w:t>
      </w:r>
    </w:p>
    <w:p w14:paraId="16DB20D1" w14:textId="1528BF75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CC0B6A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011D1" w14:textId="77777777" w:rsidR="00A54B39" w:rsidRDefault="00A54B39" w:rsidP="006521CC">
      <w:pPr>
        <w:spacing w:after="0" w:line="240" w:lineRule="auto"/>
      </w:pPr>
      <w:r>
        <w:separator/>
      </w:r>
    </w:p>
  </w:endnote>
  <w:endnote w:type="continuationSeparator" w:id="0">
    <w:p w14:paraId="746D8F4D" w14:textId="77777777" w:rsidR="00A54B39" w:rsidRDefault="00A54B39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264AC" w14:textId="77777777" w:rsidR="00A54B39" w:rsidRDefault="00A54B39" w:rsidP="006521CC">
      <w:pPr>
        <w:spacing w:after="0" w:line="240" w:lineRule="auto"/>
      </w:pPr>
      <w:r>
        <w:separator/>
      </w:r>
    </w:p>
  </w:footnote>
  <w:footnote w:type="continuationSeparator" w:id="0">
    <w:p w14:paraId="133BE7C9" w14:textId="77777777" w:rsidR="00A54B39" w:rsidRDefault="00A54B39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0E0BA7"/>
    <w:rsid w:val="00121D80"/>
    <w:rsid w:val="001443EF"/>
    <w:rsid w:val="0015074B"/>
    <w:rsid w:val="00151EB7"/>
    <w:rsid w:val="00181F7B"/>
    <w:rsid w:val="00190BA0"/>
    <w:rsid w:val="001E1322"/>
    <w:rsid w:val="001E229C"/>
    <w:rsid w:val="001E2352"/>
    <w:rsid w:val="0020168D"/>
    <w:rsid w:val="00203C34"/>
    <w:rsid w:val="00247B2F"/>
    <w:rsid w:val="0029639D"/>
    <w:rsid w:val="002B0023"/>
    <w:rsid w:val="002F361F"/>
    <w:rsid w:val="00326F90"/>
    <w:rsid w:val="003F50F6"/>
    <w:rsid w:val="003F76C2"/>
    <w:rsid w:val="00400246"/>
    <w:rsid w:val="00425C86"/>
    <w:rsid w:val="0048495F"/>
    <w:rsid w:val="004B7CE2"/>
    <w:rsid w:val="004C2362"/>
    <w:rsid w:val="004F738E"/>
    <w:rsid w:val="00503E25"/>
    <w:rsid w:val="005216FA"/>
    <w:rsid w:val="005406CB"/>
    <w:rsid w:val="0054106E"/>
    <w:rsid w:val="00550CB0"/>
    <w:rsid w:val="00582199"/>
    <w:rsid w:val="00591F7E"/>
    <w:rsid w:val="00614554"/>
    <w:rsid w:val="006214EA"/>
    <w:rsid w:val="006521CC"/>
    <w:rsid w:val="006A36DE"/>
    <w:rsid w:val="006E0682"/>
    <w:rsid w:val="00726B5C"/>
    <w:rsid w:val="007729D9"/>
    <w:rsid w:val="007C57FD"/>
    <w:rsid w:val="007F3A24"/>
    <w:rsid w:val="007F45AD"/>
    <w:rsid w:val="00886001"/>
    <w:rsid w:val="008C46AA"/>
    <w:rsid w:val="008C685B"/>
    <w:rsid w:val="008F3A40"/>
    <w:rsid w:val="00920391"/>
    <w:rsid w:val="009863E5"/>
    <w:rsid w:val="009A6F72"/>
    <w:rsid w:val="009B0BC2"/>
    <w:rsid w:val="009B18AC"/>
    <w:rsid w:val="009D6279"/>
    <w:rsid w:val="00A140ED"/>
    <w:rsid w:val="00A379DF"/>
    <w:rsid w:val="00A5216A"/>
    <w:rsid w:val="00A54B39"/>
    <w:rsid w:val="00AA1D8D"/>
    <w:rsid w:val="00AB43EE"/>
    <w:rsid w:val="00AF1882"/>
    <w:rsid w:val="00B47730"/>
    <w:rsid w:val="00B67FDC"/>
    <w:rsid w:val="00B70233"/>
    <w:rsid w:val="00B97FC9"/>
    <w:rsid w:val="00BB74C0"/>
    <w:rsid w:val="00C132CD"/>
    <w:rsid w:val="00C13585"/>
    <w:rsid w:val="00C360BD"/>
    <w:rsid w:val="00C56B91"/>
    <w:rsid w:val="00C90425"/>
    <w:rsid w:val="00C932DF"/>
    <w:rsid w:val="00CB0664"/>
    <w:rsid w:val="00CC0B6A"/>
    <w:rsid w:val="00CC1C23"/>
    <w:rsid w:val="00D55DFF"/>
    <w:rsid w:val="00D5784E"/>
    <w:rsid w:val="00DC5185"/>
    <w:rsid w:val="00DD76E8"/>
    <w:rsid w:val="00DF34A3"/>
    <w:rsid w:val="00E131D6"/>
    <w:rsid w:val="00E610F7"/>
    <w:rsid w:val="00E7362D"/>
    <w:rsid w:val="00EB26F4"/>
    <w:rsid w:val="00EE13C6"/>
    <w:rsid w:val="00EE3278"/>
    <w:rsid w:val="00EF43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2026-09-02T12:33:00Z</dcterms:created>
  <dcterms:modified xsi:type="dcterms:W3CDTF">2026-09-02T12:33:00Z</dcterms:modified>
  <cp:category/>
</cp:coreProperties>
</file>