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937E688" w:rsidR="00C360BD" w:rsidRDefault="00C932DF" w:rsidP="00C360BD">
      <w:pPr>
        <w:jc w:val="center"/>
        <w:rPr>
          <w:b/>
          <w:sz w:val="24"/>
        </w:rPr>
      </w:pPr>
      <w:r w:rsidRPr="00C932DF">
        <w:rPr>
          <w:b/>
          <w:sz w:val="24"/>
        </w:rPr>
        <w:t xml:space="preserve">Jindřich </w:t>
      </w:r>
      <w:proofErr w:type="spellStart"/>
      <w:r w:rsidRPr="00C932DF">
        <w:rPr>
          <w:b/>
          <w:sz w:val="24"/>
        </w:rPr>
        <w:t>Frajer</w:t>
      </w:r>
      <w:proofErr w:type="spellEnd"/>
      <w:r w:rsidRPr="00C932D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9863E5" w:rsidRPr="009863E5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E559ED0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C932DF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932DF" w:rsidRPr="00C932DF">
        <w:t>Structure of municipal tax revenues in the Czech Republic</w:t>
      </w:r>
      <w:r>
        <w:t>”</w:t>
      </w:r>
      <w:r w:rsidR="0048495F">
        <w:t xml:space="preserve"> </w:t>
      </w:r>
    </w:p>
    <w:p w14:paraId="16DB20D1" w14:textId="32C6435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B74C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EF2F8" w14:textId="77777777" w:rsidR="00875809" w:rsidRDefault="00875809" w:rsidP="006521CC">
      <w:pPr>
        <w:spacing w:after="0" w:line="240" w:lineRule="auto"/>
      </w:pPr>
      <w:r>
        <w:separator/>
      </w:r>
    </w:p>
  </w:endnote>
  <w:endnote w:type="continuationSeparator" w:id="0">
    <w:p w14:paraId="0224CF37" w14:textId="77777777" w:rsidR="00875809" w:rsidRDefault="0087580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0169C" w14:textId="77777777" w:rsidR="00875809" w:rsidRDefault="00875809" w:rsidP="006521CC">
      <w:pPr>
        <w:spacing w:after="0" w:line="240" w:lineRule="auto"/>
      </w:pPr>
      <w:r>
        <w:separator/>
      </w:r>
    </w:p>
  </w:footnote>
  <w:footnote w:type="continuationSeparator" w:id="0">
    <w:p w14:paraId="134086D0" w14:textId="77777777" w:rsidR="00875809" w:rsidRDefault="0087580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75809"/>
    <w:rsid w:val="00886001"/>
    <w:rsid w:val="008C46AA"/>
    <w:rsid w:val="008F3A40"/>
    <w:rsid w:val="00920391"/>
    <w:rsid w:val="009863E5"/>
    <w:rsid w:val="009A6F72"/>
    <w:rsid w:val="009B0BC2"/>
    <w:rsid w:val="009B18AC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2026-09-02T12:14:00Z</dcterms:created>
  <dcterms:modified xsi:type="dcterms:W3CDTF">2026-09-02T12:14:00Z</dcterms:modified>
  <cp:category/>
</cp:coreProperties>
</file>