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7DAE8ED" w:rsidR="00C360BD" w:rsidRDefault="0045534B" w:rsidP="00C360BD">
      <w:pPr>
        <w:jc w:val="center"/>
        <w:rPr>
          <w:b/>
          <w:sz w:val="24"/>
        </w:rPr>
      </w:pPr>
      <w:r w:rsidRPr="0045534B">
        <w:rPr>
          <w:b/>
          <w:sz w:val="24"/>
        </w:rPr>
        <w:t>Jiří Malý</w:t>
      </w:r>
      <w:r w:rsidR="002114AC" w:rsidRPr="002114A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2114AC" w:rsidRPr="002114AC">
        <w:rPr>
          <w:b/>
          <w:sz w:val="24"/>
        </w:rPr>
        <w:t>Masaryk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39204F46" w:rsidR="00920391" w:rsidRDefault="00920391" w:rsidP="006B1A1C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42D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45534B" w:rsidRPr="0045534B">
        <w:t xml:space="preserve">Narrating Everyday Mobilities: Learning from Older Adults </w:t>
      </w:r>
      <w:r w:rsidR="0045534B">
        <w:br/>
      </w:r>
      <w:r w:rsidR="0045534B" w:rsidRPr="0045534B">
        <w:t>for Inclusive X-Minute Planning</w:t>
      </w:r>
      <w:r>
        <w:t>”</w:t>
      </w:r>
      <w:r w:rsidR="0048495F">
        <w:t xml:space="preserve"> </w:t>
      </w:r>
    </w:p>
    <w:p w14:paraId="16DB20D1" w14:textId="4BD2B124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2114AC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E7DEB" w14:textId="77777777" w:rsidR="00C41678" w:rsidRDefault="00C41678" w:rsidP="006521CC">
      <w:pPr>
        <w:spacing w:after="0" w:line="240" w:lineRule="auto"/>
      </w:pPr>
      <w:r>
        <w:separator/>
      </w:r>
    </w:p>
  </w:endnote>
  <w:endnote w:type="continuationSeparator" w:id="0">
    <w:p w14:paraId="1F099DE1" w14:textId="77777777" w:rsidR="00C41678" w:rsidRDefault="00C41678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CEEB6" w14:textId="77777777" w:rsidR="00C41678" w:rsidRDefault="00C41678" w:rsidP="006521CC">
      <w:pPr>
        <w:spacing w:after="0" w:line="240" w:lineRule="auto"/>
      </w:pPr>
      <w:r>
        <w:separator/>
      </w:r>
    </w:p>
  </w:footnote>
  <w:footnote w:type="continuationSeparator" w:id="0">
    <w:p w14:paraId="3667B618" w14:textId="77777777" w:rsidR="00C41678" w:rsidRDefault="00C41678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5534B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A0249"/>
    <w:rsid w:val="006A36DE"/>
    <w:rsid w:val="006A3DF2"/>
    <w:rsid w:val="006B1A1C"/>
    <w:rsid w:val="006B48F4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22695"/>
    <w:rsid w:val="00C360BD"/>
    <w:rsid w:val="00C41678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73ABD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2026-09-03T07:05:00Z</dcterms:created>
  <dcterms:modified xsi:type="dcterms:W3CDTF">2026-09-03T07:05:00Z</dcterms:modified>
  <cp:category/>
</cp:coreProperties>
</file>