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747248FE" w:rsidR="00C360BD" w:rsidRDefault="00073648" w:rsidP="00C360BD">
      <w:pPr>
        <w:jc w:val="center"/>
        <w:rPr>
          <w:b/>
          <w:sz w:val="24"/>
        </w:rPr>
      </w:pPr>
      <w:r w:rsidRPr="00073648">
        <w:rPr>
          <w:b/>
          <w:sz w:val="24"/>
        </w:rPr>
        <w:t>Jiří-Jakub Zevl</w:t>
      </w:r>
      <w:r w:rsidRPr="00073648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>
        <w:rPr>
          <w:b/>
          <w:sz w:val="24"/>
        </w:rPr>
        <w:t>Charles</w:t>
      </w:r>
      <w:r w:rsidR="00C84524" w:rsidRPr="00C84524">
        <w:rPr>
          <w:b/>
          <w:sz w:val="24"/>
        </w:rPr>
        <w:t xml:space="preserve"> University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1815068A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351CC7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073648" w:rsidRPr="00073648">
        <w:t>At the Edge: Peripheralization in Czechia's Westernmost Region</w:t>
      </w:r>
      <w:r>
        <w:t>”</w:t>
      </w:r>
      <w:r w:rsidR="0048495F">
        <w:t xml:space="preserve"> </w:t>
      </w:r>
    </w:p>
    <w:p w14:paraId="16DB20D1" w14:textId="7834325C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506FD3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71632" w14:textId="77777777" w:rsidR="00C26D58" w:rsidRDefault="00C26D58" w:rsidP="006521CC">
      <w:pPr>
        <w:spacing w:after="0" w:line="240" w:lineRule="auto"/>
      </w:pPr>
      <w:r>
        <w:separator/>
      </w:r>
    </w:p>
  </w:endnote>
  <w:endnote w:type="continuationSeparator" w:id="0">
    <w:p w14:paraId="61B649CE" w14:textId="77777777" w:rsidR="00C26D58" w:rsidRDefault="00C26D58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F4862" w14:textId="77777777" w:rsidR="00C26D58" w:rsidRDefault="00C26D58" w:rsidP="006521CC">
      <w:pPr>
        <w:spacing w:after="0" w:line="240" w:lineRule="auto"/>
      </w:pPr>
      <w:r>
        <w:separator/>
      </w:r>
    </w:p>
  </w:footnote>
  <w:footnote w:type="continuationSeparator" w:id="0">
    <w:p w14:paraId="39A4224D" w14:textId="77777777" w:rsidR="00C26D58" w:rsidRDefault="00C26D58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73648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9639D"/>
    <w:rsid w:val="002A44B9"/>
    <w:rsid w:val="002A7470"/>
    <w:rsid w:val="002B0023"/>
    <w:rsid w:val="002F066C"/>
    <w:rsid w:val="002F361F"/>
    <w:rsid w:val="003147CF"/>
    <w:rsid w:val="003202CB"/>
    <w:rsid w:val="00325BF6"/>
    <w:rsid w:val="00326F90"/>
    <w:rsid w:val="00347F2A"/>
    <w:rsid w:val="00351CC7"/>
    <w:rsid w:val="003542D6"/>
    <w:rsid w:val="00354AD2"/>
    <w:rsid w:val="003D262F"/>
    <w:rsid w:val="003F50F6"/>
    <w:rsid w:val="003F76C2"/>
    <w:rsid w:val="00400246"/>
    <w:rsid w:val="004124AD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4189D"/>
    <w:rsid w:val="0085407C"/>
    <w:rsid w:val="00886001"/>
    <w:rsid w:val="00886B87"/>
    <w:rsid w:val="008C46AA"/>
    <w:rsid w:val="008C5BD5"/>
    <w:rsid w:val="008C685B"/>
    <w:rsid w:val="008F3A40"/>
    <w:rsid w:val="00901CFE"/>
    <w:rsid w:val="00902BBE"/>
    <w:rsid w:val="00920391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F336C"/>
    <w:rsid w:val="00A140ED"/>
    <w:rsid w:val="00A379DF"/>
    <w:rsid w:val="00A43322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26D58"/>
    <w:rsid w:val="00C360BD"/>
    <w:rsid w:val="00C46C4C"/>
    <w:rsid w:val="00C56B91"/>
    <w:rsid w:val="00C57B6B"/>
    <w:rsid w:val="00C84524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25ABC"/>
    <w:rsid w:val="00F5106D"/>
    <w:rsid w:val="00F6631A"/>
    <w:rsid w:val="00F66C19"/>
    <w:rsid w:val="00F71703"/>
    <w:rsid w:val="00F82DDE"/>
    <w:rsid w:val="00FA128E"/>
    <w:rsid w:val="00FC693F"/>
    <w:rsid w:val="00FD1A5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2026-09-03T08:15:00Z</dcterms:created>
  <dcterms:modified xsi:type="dcterms:W3CDTF">2026-09-03T08:15:00Z</dcterms:modified>
  <cp:category/>
</cp:coreProperties>
</file>