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FFDA362" w:rsidR="00C360BD" w:rsidRDefault="005F43DF" w:rsidP="00C360BD">
      <w:pPr>
        <w:jc w:val="center"/>
        <w:rPr>
          <w:b/>
          <w:sz w:val="24"/>
        </w:rPr>
      </w:pPr>
      <w:r w:rsidRPr="005F43DF">
        <w:rPr>
          <w:b/>
          <w:sz w:val="24"/>
        </w:rPr>
        <w:t>Jaroslav Hofierka</w:t>
      </w:r>
      <w:r w:rsidRPr="005F43D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F43DF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A89F022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F43DF" w:rsidRPr="005F43DF">
        <w:t xml:space="preserve">Geography of Heat: Integrating </w:t>
      </w:r>
      <w:proofErr w:type="spellStart"/>
      <w:r w:rsidR="005F43DF" w:rsidRPr="005F43DF">
        <w:t>GeoAI</w:t>
      </w:r>
      <w:proofErr w:type="spellEnd"/>
      <w:r w:rsidR="005F43DF" w:rsidRPr="005F43DF">
        <w:t xml:space="preserve"> and Multi-scale Geospatial Modelling </w:t>
      </w:r>
      <w:r w:rsidR="005F43DF">
        <w:br/>
      </w:r>
      <w:r w:rsidR="005F43DF" w:rsidRPr="005F43DF">
        <w:t>for Analysis of Urban Heat Stress in Košice</w:t>
      </w:r>
      <w:r>
        <w:t>”</w:t>
      </w:r>
      <w:r w:rsidR="0048495F">
        <w:t xml:space="preserve"> </w:t>
      </w:r>
    </w:p>
    <w:p w14:paraId="16DB20D1" w14:textId="3441B35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F43D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59DC" w14:textId="77777777" w:rsidR="00285292" w:rsidRDefault="00285292" w:rsidP="006521CC">
      <w:pPr>
        <w:spacing w:after="0" w:line="240" w:lineRule="auto"/>
      </w:pPr>
      <w:r>
        <w:separator/>
      </w:r>
    </w:p>
  </w:endnote>
  <w:endnote w:type="continuationSeparator" w:id="0">
    <w:p w14:paraId="64DFC825" w14:textId="77777777" w:rsidR="00285292" w:rsidRDefault="0028529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48DB" w14:textId="77777777" w:rsidR="00285292" w:rsidRDefault="00285292" w:rsidP="006521CC">
      <w:pPr>
        <w:spacing w:after="0" w:line="240" w:lineRule="auto"/>
      </w:pPr>
      <w:r>
        <w:separator/>
      </w:r>
    </w:p>
  </w:footnote>
  <w:footnote w:type="continuationSeparator" w:id="0">
    <w:p w14:paraId="40408EF9" w14:textId="77777777" w:rsidR="00285292" w:rsidRDefault="0028529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85292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2026-09-02T12:39:00Z</dcterms:created>
  <dcterms:modified xsi:type="dcterms:W3CDTF">2026-09-02T12:39:00Z</dcterms:modified>
  <cp:category/>
</cp:coreProperties>
</file>