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E2CF55B" w:rsidR="00C360BD" w:rsidRDefault="00F82DDE" w:rsidP="00C360BD">
      <w:pPr>
        <w:jc w:val="center"/>
        <w:rPr>
          <w:b/>
          <w:sz w:val="24"/>
        </w:rPr>
      </w:pPr>
      <w:r w:rsidRPr="00F82DDE">
        <w:rPr>
          <w:b/>
          <w:sz w:val="24"/>
        </w:rPr>
        <w:t>János Balázs Kocsis</w:t>
      </w:r>
      <w:r w:rsidRPr="00F82DDE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82DDE">
        <w:rPr>
          <w:b/>
          <w:sz w:val="24"/>
        </w:rPr>
        <w:t>Corvinus University of Budapest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0A75CA1" w:rsidR="00920391" w:rsidRDefault="00920391" w:rsidP="003D262F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82DDE" w:rsidRPr="00F82DDE">
        <w:t xml:space="preserve">Transformation of the Urban Fringes: Population Growth and Residential Relocation </w:t>
      </w:r>
      <w:r w:rsidR="00F82DDE">
        <w:br/>
      </w:r>
      <w:r w:rsidR="00F82DDE" w:rsidRPr="00F82DDE">
        <w:t>in the Peripheries of Hungarian Cities</w:t>
      </w:r>
      <w:r>
        <w:t>”</w:t>
      </w:r>
      <w:r w:rsidR="0048495F">
        <w:t xml:space="preserve"> </w:t>
      </w:r>
    </w:p>
    <w:p w14:paraId="16DB20D1" w14:textId="50F7898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F82DDE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EB076" w14:textId="77777777" w:rsidR="00BB32A5" w:rsidRDefault="00BB32A5" w:rsidP="006521CC">
      <w:pPr>
        <w:spacing w:after="0" w:line="240" w:lineRule="auto"/>
      </w:pPr>
      <w:r>
        <w:separator/>
      </w:r>
    </w:p>
  </w:endnote>
  <w:endnote w:type="continuationSeparator" w:id="0">
    <w:p w14:paraId="676561FF" w14:textId="77777777" w:rsidR="00BB32A5" w:rsidRDefault="00BB32A5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E5392" w14:textId="77777777" w:rsidR="00BB32A5" w:rsidRDefault="00BB32A5" w:rsidP="006521CC">
      <w:pPr>
        <w:spacing w:after="0" w:line="240" w:lineRule="auto"/>
      </w:pPr>
      <w:r>
        <w:separator/>
      </w:r>
    </w:p>
  </w:footnote>
  <w:footnote w:type="continuationSeparator" w:id="0">
    <w:p w14:paraId="6688C2BB" w14:textId="77777777" w:rsidR="00BB32A5" w:rsidRDefault="00BB32A5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32A5"/>
    <w:rsid w:val="00BB74C0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2026-09-02T12:58:00Z</dcterms:created>
  <dcterms:modified xsi:type="dcterms:W3CDTF">2026-09-02T12:58:00Z</dcterms:modified>
  <cp:category/>
</cp:coreProperties>
</file>