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D2388C1" w:rsidR="00C360BD" w:rsidRDefault="00D60A9A" w:rsidP="00C360BD">
      <w:pPr>
        <w:jc w:val="center"/>
        <w:rPr>
          <w:b/>
          <w:sz w:val="24"/>
        </w:rPr>
      </w:pPr>
      <w:r w:rsidRPr="00D60A9A">
        <w:rPr>
          <w:b/>
          <w:sz w:val="24"/>
        </w:rPr>
        <w:t xml:space="preserve">Jana </w:t>
      </w:r>
      <w:proofErr w:type="spellStart"/>
      <w:r w:rsidRPr="00D60A9A">
        <w:rPr>
          <w:b/>
          <w:sz w:val="24"/>
        </w:rPr>
        <w:t>Vojteková</w:t>
      </w:r>
      <w:proofErr w:type="spellEnd"/>
      <w:r w:rsidRPr="00D60A9A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152C68" w:rsidRPr="00152C68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D907C6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52C6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D60A9A" w:rsidRPr="00D60A9A">
        <w:t xml:space="preserve">GIS in the Education of University Teachers in Natural Sciences: </w:t>
      </w:r>
      <w:r w:rsidR="00D60A9A">
        <w:br/>
      </w:r>
      <w:r w:rsidR="00D60A9A" w:rsidRPr="00D60A9A">
        <w:t>Experiences from a Project</w:t>
      </w:r>
      <w:r>
        <w:t>”</w:t>
      </w:r>
      <w:r w:rsidR="0048495F">
        <w:t xml:space="preserve"> </w:t>
      </w:r>
    </w:p>
    <w:p w14:paraId="16DB20D1" w14:textId="372C544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A7470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102F" w14:textId="77777777" w:rsidR="00D74309" w:rsidRDefault="00D74309" w:rsidP="006521CC">
      <w:pPr>
        <w:spacing w:after="0" w:line="240" w:lineRule="auto"/>
      </w:pPr>
      <w:r>
        <w:separator/>
      </w:r>
    </w:p>
  </w:endnote>
  <w:endnote w:type="continuationSeparator" w:id="0">
    <w:p w14:paraId="0E6BF5DF" w14:textId="77777777" w:rsidR="00D74309" w:rsidRDefault="00D7430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041B8" w14:textId="77777777" w:rsidR="00D74309" w:rsidRDefault="00D74309" w:rsidP="006521CC">
      <w:pPr>
        <w:spacing w:after="0" w:line="240" w:lineRule="auto"/>
      </w:pPr>
      <w:r>
        <w:separator/>
      </w:r>
    </w:p>
  </w:footnote>
  <w:footnote w:type="continuationSeparator" w:id="0">
    <w:p w14:paraId="2DD060F9" w14:textId="77777777" w:rsidR="00D74309" w:rsidRDefault="00D7430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74309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2026-09-03T08:11:00Z</dcterms:created>
  <dcterms:modified xsi:type="dcterms:W3CDTF">2026-09-03T08:11:00Z</dcterms:modified>
  <cp:category/>
</cp:coreProperties>
</file>