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0601DA6" w:rsidR="00C360BD" w:rsidRDefault="00FD1A58" w:rsidP="00C360BD">
      <w:pPr>
        <w:jc w:val="center"/>
        <w:rPr>
          <w:b/>
          <w:sz w:val="24"/>
        </w:rPr>
      </w:pPr>
      <w:r w:rsidRPr="00FD1A58">
        <w:rPr>
          <w:b/>
          <w:sz w:val="24"/>
        </w:rPr>
        <w:t xml:space="preserve">Jana </w:t>
      </w:r>
      <w:proofErr w:type="spellStart"/>
      <w:r w:rsidRPr="00FD1A58">
        <w:rPr>
          <w:b/>
          <w:sz w:val="24"/>
        </w:rPr>
        <w:t>Némethová</w:t>
      </w:r>
      <w:proofErr w:type="spellEnd"/>
      <w:r w:rsidRPr="00FD1A58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D1A58">
        <w:rPr>
          <w:b/>
          <w:sz w:val="24"/>
        </w:rPr>
        <w:t>Specifics of Viticulture and Winemaking in the Nitra Region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AC50C4E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FD1A58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FD1A58" w:rsidRPr="00FD1A58">
        <w:t>Specifics of Viticulture and Winemaking in the Nitra Region</w:t>
      </w:r>
      <w:r>
        <w:t>”</w:t>
      </w:r>
      <w:r w:rsidR="0048495F">
        <w:t xml:space="preserve"> </w:t>
      </w:r>
    </w:p>
    <w:p w14:paraId="16DB20D1" w14:textId="4D982C1B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4124AD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2F2F7" w14:textId="77777777" w:rsidR="00A02238" w:rsidRDefault="00A02238" w:rsidP="006521CC">
      <w:pPr>
        <w:spacing w:after="0" w:line="240" w:lineRule="auto"/>
      </w:pPr>
      <w:r>
        <w:separator/>
      </w:r>
    </w:p>
  </w:endnote>
  <w:endnote w:type="continuationSeparator" w:id="0">
    <w:p w14:paraId="3432A58B" w14:textId="77777777" w:rsidR="00A02238" w:rsidRDefault="00A0223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4A902" w14:textId="77777777" w:rsidR="00A02238" w:rsidRDefault="00A02238" w:rsidP="006521CC">
      <w:pPr>
        <w:spacing w:after="0" w:line="240" w:lineRule="auto"/>
      </w:pPr>
      <w:r>
        <w:separator/>
      </w:r>
    </w:p>
  </w:footnote>
  <w:footnote w:type="continuationSeparator" w:id="0">
    <w:p w14:paraId="0781E936" w14:textId="77777777" w:rsidR="00A02238" w:rsidRDefault="00A0223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A44B9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A02238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5106D"/>
    <w:rsid w:val="00F66C19"/>
    <w:rsid w:val="00F82DDE"/>
    <w:rsid w:val="00FA128E"/>
    <w:rsid w:val="00FC693F"/>
    <w:rsid w:val="00FD1A58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2026-09-03T07:39:00Z</dcterms:created>
  <dcterms:modified xsi:type="dcterms:W3CDTF">2026-09-03T07:39:00Z</dcterms:modified>
  <cp:category/>
</cp:coreProperties>
</file>