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2878A53" w:rsidR="00C360BD" w:rsidRDefault="008407FC" w:rsidP="00C360BD">
      <w:pPr>
        <w:jc w:val="center"/>
        <w:rPr>
          <w:b/>
          <w:sz w:val="24"/>
        </w:rPr>
      </w:pPr>
      <w:r w:rsidRPr="008407FC">
        <w:rPr>
          <w:b/>
          <w:sz w:val="24"/>
        </w:rPr>
        <w:t>Jana Špulerová</w:t>
      </w:r>
      <w:r w:rsidRPr="008407F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8407FC">
        <w:rPr>
          <w:b/>
          <w:sz w:val="24"/>
        </w:rPr>
        <w:t>Institute of Geography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DD3605C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0A198A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8407FC" w:rsidRPr="008407FC">
        <w:t xml:space="preserve">Ecosystem services of </w:t>
      </w:r>
      <w:proofErr w:type="spellStart"/>
      <w:r w:rsidR="008407FC" w:rsidRPr="008407FC">
        <w:t>biostrips</w:t>
      </w:r>
      <w:proofErr w:type="spellEnd"/>
      <w:r w:rsidR="008407FC" w:rsidRPr="008407FC">
        <w:t xml:space="preserve"> in </w:t>
      </w:r>
      <w:proofErr w:type="spellStart"/>
      <w:r w:rsidR="008407FC" w:rsidRPr="008407FC">
        <w:t>Trnava</w:t>
      </w:r>
      <w:proofErr w:type="spellEnd"/>
      <w:r w:rsidR="008407FC" w:rsidRPr="008407FC">
        <w:t xml:space="preserve"> region</w:t>
      </w:r>
      <w:r>
        <w:t>”</w:t>
      </w:r>
      <w:r w:rsidR="0048495F">
        <w:t xml:space="preserve"> </w:t>
      </w:r>
    </w:p>
    <w:p w14:paraId="16DB20D1" w14:textId="6C512BA4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627AC1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8096B" w14:textId="77777777" w:rsidR="00B50077" w:rsidRDefault="00B50077" w:rsidP="006521CC">
      <w:pPr>
        <w:spacing w:after="0" w:line="240" w:lineRule="auto"/>
      </w:pPr>
      <w:r>
        <w:separator/>
      </w:r>
    </w:p>
  </w:endnote>
  <w:endnote w:type="continuationSeparator" w:id="0">
    <w:p w14:paraId="32026416" w14:textId="77777777" w:rsidR="00B50077" w:rsidRDefault="00B5007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3D071" w14:textId="77777777" w:rsidR="00B50077" w:rsidRDefault="00B50077" w:rsidP="006521CC">
      <w:pPr>
        <w:spacing w:after="0" w:line="240" w:lineRule="auto"/>
      </w:pPr>
      <w:r>
        <w:separator/>
      </w:r>
    </w:p>
  </w:footnote>
  <w:footnote w:type="continuationSeparator" w:id="0">
    <w:p w14:paraId="62E49EBF" w14:textId="77777777" w:rsidR="00B50077" w:rsidRDefault="00B5007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3A40"/>
    <w:rsid w:val="00901CFE"/>
    <w:rsid w:val="00902BBE"/>
    <w:rsid w:val="00920391"/>
    <w:rsid w:val="00943A89"/>
    <w:rsid w:val="00944A14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50077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2026-09-03T08:41:00Z</dcterms:created>
  <dcterms:modified xsi:type="dcterms:W3CDTF">2026-09-03T08:41:00Z</dcterms:modified>
  <cp:category/>
</cp:coreProperties>
</file>