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28E0552A" w:rsidR="00C360BD" w:rsidRDefault="009132EF" w:rsidP="00C360BD">
      <w:pPr>
        <w:jc w:val="center"/>
        <w:rPr>
          <w:b/>
          <w:sz w:val="24"/>
        </w:rPr>
      </w:pPr>
      <w:r w:rsidRPr="009132EF">
        <w:rPr>
          <w:b/>
          <w:sz w:val="24"/>
        </w:rPr>
        <w:t>Jan Pivoda</w:t>
      </w:r>
      <w:r w:rsidRPr="009132EF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9132EF">
        <w:rPr>
          <w:b/>
          <w:sz w:val="24"/>
        </w:rPr>
        <w:t>Mendel University in Brno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4FAE5CDD" w:rsidR="00920391" w:rsidRDefault="00920391" w:rsidP="00680015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9132EF">
        <w:t>Active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9132EF" w:rsidRPr="009132EF">
        <w:t xml:space="preserve">Mapping “Funding Deserts” in the South Moravian Region: Spatial Analysis </w:t>
      </w:r>
      <w:r w:rsidR="009132EF">
        <w:br/>
      </w:r>
      <w:r w:rsidR="009132EF" w:rsidRPr="009132EF">
        <w:t>of Funding Disparities at the Municipal Level (2014–2020)</w:t>
      </w:r>
      <w:r>
        <w:t>”</w:t>
      </w:r>
      <w:r w:rsidR="0048495F">
        <w:t xml:space="preserve"> </w:t>
      </w:r>
    </w:p>
    <w:p w14:paraId="16DB20D1" w14:textId="6A513C64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9132EF">
        <w:t>250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06E0F3" w14:textId="77777777" w:rsidR="00122807" w:rsidRDefault="00122807" w:rsidP="006521CC">
      <w:pPr>
        <w:spacing w:after="0" w:line="240" w:lineRule="auto"/>
      </w:pPr>
      <w:r>
        <w:separator/>
      </w:r>
    </w:p>
  </w:endnote>
  <w:endnote w:type="continuationSeparator" w:id="0">
    <w:p w14:paraId="33931E91" w14:textId="77777777" w:rsidR="00122807" w:rsidRDefault="00122807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2C23B6" w14:textId="77777777" w:rsidR="00122807" w:rsidRDefault="00122807" w:rsidP="006521CC">
      <w:pPr>
        <w:spacing w:after="0" w:line="240" w:lineRule="auto"/>
      </w:pPr>
      <w:r>
        <w:separator/>
      </w:r>
    </w:p>
  </w:footnote>
  <w:footnote w:type="continuationSeparator" w:id="0">
    <w:p w14:paraId="2555D5BC" w14:textId="77777777" w:rsidR="00122807" w:rsidRDefault="00122807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0486"/>
    <w:rsid w:val="0002395D"/>
    <w:rsid w:val="00027046"/>
    <w:rsid w:val="00034616"/>
    <w:rsid w:val="00037A2F"/>
    <w:rsid w:val="00037A3E"/>
    <w:rsid w:val="0006063C"/>
    <w:rsid w:val="000628E7"/>
    <w:rsid w:val="00073648"/>
    <w:rsid w:val="000809F7"/>
    <w:rsid w:val="00081AB3"/>
    <w:rsid w:val="0009007E"/>
    <w:rsid w:val="000A198A"/>
    <w:rsid w:val="000A7699"/>
    <w:rsid w:val="000C2B74"/>
    <w:rsid w:val="000D682E"/>
    <w:rsid w:val="000E0BA7"/>
    <w:rsid w:val="001033F6"/>
    <w:rsid w:val="0012049E"/>
    <w:rsid w:val="00121D80"/>
    <w:rsid w:val="00122807"/>
    <w:rsid w:val="00130B40"/>
    <w:rsid w:val="00132307"/>
    <w:rsid w:val="001443EF"/>
    <w:rsid w:val="0015074B"/>
    <w:rsid w:val="00151EB7"/>
    <w:rsid w:val="00152C68"/>
    <w:rsid w:val="00153406"/>
    <w:rsid w:val="0016720D"/>
    <w:rsid w:val="00176166"/>
    <w:rsid w:val="00181F7B"/>
    <w:rsid w:val="00190BA0"/>
    <w:rsid w:val="001918ED"/>
    <w:rsid w:val="001E105D"/>
    <w:rsid w:val="001E1322"/>
    <w:rsid w:val="001E229C"/>
    <w:rsid w:val="001E2352"/>
    <w:rsid w:val="001F6B8C"/>
    <w:rsid w:val="0020118A"/>
    <w:rsid w:val="0020168D"/>
    <w:rsid w:val="00203C34"/>
    <w:rsid w:val="002114AC"/>
    <w:rsid w:val="00247B2F"/>
    <w:rsid w:val="00250838"/>
    <w:rsid w:val="00260163"/>
    <w:rsid w:val="00276BE4"/>
    <w:rsid w:val="0029639D"/>
    <w:rsid w:val="002A44B9"/>
    <w:rsid w:val="002A7470"/>
    <w:rsid w:val="002B0023"/>
    <w:rsid w:val="002F066C"/>
    <w:rsid w:val="002F361F"/>
    <w:rsid w:val="003147CF"/>
    <w:rsid w:val="003202CB"/>
    <w:rsid w:val="00325BF6"/>
    <w:rsid w:val="00326F90"/>
    <w:rsid w:val="00347F2A"/>
    <w:rsid w:val="00351CC7"/>
    <w:rsid w:val="003542D6"/>
    <w:rsid w:val="00354AD2"/>
    <w:rsid w:val="003715F8"/>
    <w:rsid w:val="003C5948"/>
    <w:rsid w:val="003D262F"/>
    <w:rsid w:val="003F50F6"/>
    <w:rsid w:val="003F76C2"/>
    <w:rsid w:val="00400246"/>
    <w:rsid w:val="004124AD"/>
    <w:rsid w:val="0041783B"/>
    <w:rsid w:val="004250C1"/>
    <w:rsid w:val="00425C86"/>
    <w:rsid w:val="00452B42"/>
    <w:rsid w:val="0045534B"/>
    <w:rsid w:val="0048495F"/>
    <w:rsid w:val="004B7CE2"/>
    <w:rsid w:val="004C2362"/>
    <w:rsid w:val="004C563B"/>
    <w:rsid w:val="004D44EB"/>
    <w:rsid w:val="004E23FF"/>
    <w:rsid w:val="004F738E"/>
    <w:rsid w:val="00503E25"/>
    <w:rsid w:val="00504028"/>
    <w:rsid w:val="005058AF"/>
    <w:rsid w:val="00506FD3"/>
    <w:rsid w:val="005216FA"/>
    <w:rsid w:val="005364D7"/>
    <w:rsid w:val="005406CB"/>
    <w:rsid w:val="0054106E"/>
    <w:rsid w:val="00550CB0"/>
    <w:rsid w:val="00582199"/>
    <w:rsid w:val="00591F7E"/>
    <w:rsid w:val="005A5694"/>
    <w:rsid w:val="005C17F4"/>
    <w:rsid w:val="005C775C"/>
    <w:rsid w:val="005E0367"/>
    <w:rsid w:val="005F1DFE"/>
    <w:rsid w:val="005F43DF"/>
    <w:rsid w:val="00607114"/>
    <w:rsid w:val="00614554"/>
    <w:rsid w:val="006160A0"/>
    <w:rsid w:val="006214EA"/>
    <w:rsid w:val="00627AC1"/>
    <w:rsid w:val="00637D06"/>
    <w:rsid w:val="006521CC"/>
    <w:rsid w:val="00663F88"/>
    <w:rsid w:val="006715B2"/>
    <w:rsid w:val="00680015"/>
    <w:rsid w:val="006A0249"/>
    <w:rsid w:val="006A36DE"/>
    <w:rsid w:val="006A3DF2"/>
    <w:rsid w:val="006A6000"/>
    <w:rsid w:val="006B1A1C"/>
    <w:rsid w:val="006B48F4"/>
    <w:rsid w:val="006E0682"/>
    <w:rsid w:val="0070220F"/>
    <w:rsid w:val="0070408A"/>
    <w:rsid w:val="00726B5C"/>
    <w:rsid w:val="007274B7"/>
    <w:rsid w:val="00736BFD"/>
    <w:rsid w:val="00754F95"/>
    <w:rsid w:val="007729D9"/>
    <w:rsid w:val="007C57FD"/>
    <w:rsid w:val="007F250E"/>
    <w:rsid w:val="007F3A24"/>
    <w:rsid w:val="007F45AD"/>
    <w:rsid w:val="008407FC"/>
    <w:rsid w:val="0084189D"/>
    <w:rsid w:val="0085407C"/>
    <w:rsid w:val="00860E7F"/>
    <w:rsid w:val="00886001"/>
    <w:rsid w:val="00886B87"/>
    <w:rsid w:val="008C46AA"/>
    <w:rsid w:val="008C5BD5"/>
    <w:rsid w:val="008C685B"/>
    <w:rsid w:val="008D13F9"/>
    <w:rsid w:val="008E5A4B"/>
    <w:rsid w:val="008F3A40"/>
    <w:rsid w:val="00901CFE"/>
    <w:rsid w:val="00902BBE"/>
    <w:rsid w:val="009132EF"/>
    <w:rsid w:val="00920391"/>
    <w:rsid w:val="00931F9B"/>
    <w:rsid w:val="00943A89"/>
    <w:rsid w:val="00944A14"/>
    <w:rsid w:val="00951762"/>
    <w:rsid w:val="0096413A"/>
    <w:rsid w:val="009863E5"/>
    <w:rsid w:val="009A6B67"/>
    <w:rsid w:val="009A6F72"/>
    <w:rsid w:val="009B0BC2"/>
    <w:rsid w:val="009B18AC"/>
    <w:rsid w:val="009B3BF5"/>
    <w:rsid w:val="009D4524"/>
    <w:rsid w:val="009D6279"/>
    <w:rsid w:val="009E0D3C"/>
    <w:rsid w:val="009F336C"/>
    <w:rsid w:val="00A140ED"/>
    <w:rsid w:val="00A26308"/>
    <w:rsid w:val="00A379DF"/>
    <w:rsid w:val="00A43322"/>
    <w:rsid w:val="00A436B9"/>
    <w:rsid w:val="00A44F79"/>
    <w:rsid w:val="00A5216A"/>
    <w:rsid w:val="00A755BD"/>
    <w:rsid w:val="00A825A6"/>
    <w:rsid w:val="00A8317B"/>
    <w:rsid w:val="00AA1D8D"/>
    <w:rsid w:val="00AB43EE"/>
    <w:rsid w:val="00AF1882"/>
    <w:rsid w:val="00B10FAB"/>
    <w:rsid w:val="00B148B1"/>
    <w:rsid w:val="00B2502F"/>
    <w:rsid w:val="00B277E8"/>
    <w:rsid w:val="00B47730"/>
    <w:rsid w:val="00B60D0B"/>
    <w:rsid w:val="00B67FDC"/>
    <w:rsid w:val="00B70233"/>
    <w:rsid w:val="00B7219F"/>
    <w:rsid w:val="00B82B89"/>
    <w:rsid w:val="00B85D57"/>
    <w:rsid w:val="00B9733A"/>
    <w:rsid w:val="00B97FC9"/>
    <w:rsid w:val="00BA1576"/>
    <w:rsid w:val="00BB74C0"/>
    <w:rsid w:val="00BD73F2"/>
    <w:rsid w:val="00BF77C4"/>
    <w:rsid w:val="00C132CD"/>
    <w:rsid w:val="00C13585"/>
    <w:rsid w:val="00C21D16"/>
    <w:rsid w:val="00C22695"/>
    <w:rsid w:val="00C360BD"/>
    <w:rsid w:val="00C46C4C"/>
    <w:rsid w:val="00C56B91"/>
    <w:rsid w:val="00C57B6B"/>
    <w:rsid w:val="00C713EC"/>
    <w:rsid w:val="00C84524"/>
    <w:rsid w:val="00C853D9"/>
    <w:rsid w:val="00C90425"/>
    <w:rsid w:val="00C932DF"/>
    <w:rsid w:val="00C9426E"/>
    <w:rsid w:val="00C95BF0"/>
    <w:rsid w:val="00CB0664"/>
    <w:rsid w:val="00CB3D37"/>
    <w:rsid w:val="00CC0B6A"/>
    <w:rsid w:val="00CC1C23"/>
    <w:rsid w:val="00D20CA2"/>
    <w:rsid w:val="00D50D3D"/>
    <w:rsid w:val="00D55DFF"/>
    <w:rsid w:val="00D5784E"/>
    <w:rsid w:val="00D60A9A"/>
    <w:rsid w:val="00D73ABD"/>
    <w:rsid w:val="00D968DD"/>
    <w:rsid w:val="00DA0589"/>
    <w:rsid w:val="00DB6496"/>
    <w:rsid w:val="00DC5185"/>
    <w:rsid w:val="00DD76E8"/>
    <w:rsid w:val="00DE07D6"/>
    <w:rsid w:val="00DF34A3"/>
    <w:rsid w:val="00E131D6"/>
    <w:rsid w:val="00E37E56"/>
    <w:rsid w:val="00E610F7"/>
    <w:rsid w:val="00E63839"/>
    <w:rsid w:val="00E71E5A"/>
    <w:rsid w:val="00E7362D"/>
    <w:rsid w:val="00EB26F4"/>
    <w:rsid w:val="00EE13C6"/>
    <w:rsid w:val="00EE3278"/>
    <w:rsid w:val="00EE4A83"/>
    <w:rsid w:val="00EF43A6"/>
    <w:rsid w:val="00F04A69"/>
    <w:rsid w:val="00F11608"/>
    <w:rsid w:val="00F25ABC"/>
    <w:rsid w:val="00F33402"/>
    <w:rsid w:val="00F5106D"/>
    <w:rsid w:val="00F6631A"/>
    <w:rsid w:val="00F66C19"/>
    <w:rsid w:val="00F71703"/>
    <w:rsid w:val="00F806F5"/>
    <w:rsid w:val="00F82DDE"/>
    <w:rsid w:val="00FA128E"/>
    <w:rsid w:val="00FA65A5"/>
    <w:rsid w:val="00FC693F"/>
    <w:rsid w:val="00FD15D6"/>
    <w:rsid w:val="00FD1A58"/>
    <w:rsid w:val="00FE1408"/>
    <w:rsid w:val="00FE3B3C"/>
    <w:rsid w:val="00FF5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159</Words>
  <Characters>909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4</cp:revision>
  <dcterms:created xsi:type="dcterms:W3CDTF">2026-09-03T08:51:00Z</dcterms:created>
  <dcterms:modified xsi:type="dcterms:W3CDTF">2026-09-03T08:52:00Z</dcterms:modified>
  <cp:category/>
</cp:coreProperties>
</file>