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59C5BABF" w:rsidR="00C360BD" w:rsidRDefault="00F04A69" w:rsidP="00C360BD">
      <w:pPr>
        <w:jc w:val="center"/>
        <w:rPr>
          <w:b/>
          <w:sz w:val="24"/>
        </w:rPr>
      </w:pPr>
      <w:r w:rsidRPr="00F04A69">
        <w:rPr>
          <w:b/>
          <w:sz w:val="24"/>
        </w:rPr>
        <w:t>Jan Kopp</w:t>
      </w:r>
      <w:r w:rsidRPr="00F04A69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F04A69">
        <w:rPr>
          <w:b/>
          <w:sz w:val="24"/>
        </w:rPr>
        <w:t>University of West Bohemia in Pilsen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53F84C04" w:rsidR="00920391" w:rsidRDefault="00920391" w:rsidP="00F04A69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452B42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F04A69">
        <w:t>Green infrastructure as part of the image of preferred housing</w:t>
      </w:r>
      <w:r w:rsidR="00F04A69">
        <w:t xml:space="preserve"> </w:t>
      </w:r>
      <w:r w:rsidR="00F04A69">
        <w:t xml:space="preserve">locations </w:t>
      </w:r>
      <w:r w:rsidR="00F04A69">
        <w:br/>
      </w:r>
      <w:r w:rsidR="00F04A69">
        <w:t>for young people in Czechia</w:t>
      </w:r>
      <w:r>
        <w:t>”</w:t>
      </w:r>
      <w:r w:rsidR="0048495F">
        <w:t xml:space="preserve"> </w:t>
      </w:r>
    </w:p>
    <w:p w14:paraId="16DB20D1" w14:textId="070DDD2C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1033F6">
        <w:t>190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A7B25" w14:textId="77777777" w:rsidR="00B61B94" w:rsidRDefault="00B61B94" w:rsidP="006521CC">
      <w:pPr>
        <w:spacing w:after="0" w:line="240" w:lineRule="auto"/>
      </w:pPr>
      <w:r>
        <w:separator/>
      </w:r>
    </w:p>
  </w:endnote>
  <w:endnote w:type="continuationSeparator" w:id="0">
    <w:p w14:paraId="397EF9B2" w14:textId="77777777" w:rsidR="00B61B94" w:rsidRDefault="00B61B94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2CFAF1" w14:textId="77777777" w:rsidR="00B61B94" w:rsidRDefault="00B61B94" w:rsidP="006521CC">
      <w:pPr>
        <w:spacing w:after="0" w:line="240" w:lineRule="auto"/>
      </w:pPr>
      <w:r>
        <w:separator/>
      </w:r>
    </w:p>
  </w:footnote>
  <w:footnote w:type="continuationSeparator" w:id="0">
    <w:p w14:paraId="4A975CD4" w14:textId="77777777" w:rsidR="00B61B94" w:rsidRDefault="00B61B94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6063C"/>
    <w:rsid w:val="000809F7"/>
    <w:rsid w:val="000A7699"/>
    <w:rsid w:val="000E0BA7"/>
    <w:rsid w:val="001033F6"/>
    <w:rsid w:val="00121D80"/>
    <w:rsid w:val="001443EF"/>
    <w:rsid w:val="0015074B"/>
    <w:rsid w:val="00151EB7"/>
    <w:rsid w:val="00181F7B"/>
    <w:rsid w:val="00190BA0"/>
    <w:rsid w:val="001E1322"/>
    <w:rsid w:val="001E229C"/>
    <w:rsid w:val="001E2352"/>
    <w:rsid w:val="0020118A"/>
    <w:rsid w:val="0020168D"/>
    <w:rsid w:val="00203C34"/>
    <w:rsid w:val="00247B2F"/>
    <w:rsid w:val="0029639D"/>
    <w:rsid w:val="002B0023"/>
    <w:rsid w:val="002F361F"/>
    <w:rsid w:val="00326F90"/>
    <w:rsid w:val="00347F2A"/>
    <w:rsid w:val="003D262F"/>
    <w:rsid w:val="003F50F6"/>
    <w:rsid w:val="003F76C2"/>
    <w:rsid w:val="00400246"/>
    <w:rsid w:val="0041783B"/>
    <w:rsid w:val="00425C86"/>
    <w:rsid w:val="00452B42"/>
    <w:rsid w:val="0048495F"/>
    <w:rsid w:val="004B7CE2"/>
    <w:rsid w:val="004C2362"/>
    <w:rsid w:val="004D44EB"/>
    <w:rsid w:val="004E23FF"/>
    <w:rsid w:val="004F738E"/>
    <w:rsid w:val="00503E25"/>
    <w:rsid w:val="005216FA"/>
    <w:rsid w:val="005406CB"/>
    <w:rsid w:val="0054106E"/>
    <w:rsid w:val="00550CB0"/>
    <w:rsid w:val="00582199"/>
    <w:rsid w:val="00591F7E"/>
    <w:rsid w:val="005C17F4"/>
    <w:rsid w:val="005C775C"/>
    <w:rsid w:val="005F43DF"/>
    <w:rsid w:val="00607114"/>
    <w:rsid w:val="00614554"/>
    <w:rsid w:val="006214EA"/>
    <w:rsid w:val="006521CC"/>
    <w:rsid w:val="006715B2"/>
    <w:rsid w:val="006A0249"/>
    <w:rsid w:val="006A36DE"/>
    <w:rsid w:val="006E0682"/>
    <w:rsid w:val="0070220F"/>
    <w:rsid w:val="00726B5C"/>
    <w:rsid w:val="00736BFD"/>
    <w:rsid w:val="007729D9"/>
    <w:rsid w:val="007C57FD"/>
    <w:rsid w:val="007F3A24"/>
    <w:rsid w:val="007F45AD"/>
    <w:rsid w:val="0085407C"/>
    <w:rsid w:val="00886001"/>
    <w:rsid w:val="00886B87"/>
    <w:rsid w:val="008C46AA"/>
    <w:rsid w:val="008C685B"/>
    <w:rsid w:val="008F3A40"/>
    <w:rsid w:val="00920391"/>
    <w:rsid w:val="009863E5"/>
    <w:rsid w:val="009A6B67"/>
    <w:rsid w:val="009A6F72"/>
    <w:rsid w:val="009B0BC2"/>
    <w:rsid w:val="009B18AC"/>
    <w:rsid w:val="009D6279"/>
    <w:rsid w:val="00A140ED"/>
    <w:rsid w:val="00A379DF"/>
    <w:rsid w:val="00A5216A"/>
    <w:rsid w:val="00AA1D8D"/>
    <w:rsid w:val="00AB43EE"/>
    <w:rsid w:val="00AF1882"/>
    <w:rsid w:val="00B10FAB"/>
    <w:rsid w:val="00B47730"/>
    <w:rsid w:val="00B61B94"/>
    <w:rsid w:val="00B67FDC"/>
    <w:rsid w:val="00B70233"/>
    <w:rsid w:val="00B9733A"/>
    <w:rsid w:val="00B97FC9"/>
    <w:rsid w:val="00BB74C0"/>
    <w:rsid w:val="00BF77C4"/>
    <w:rsid w:val="00C132CD"/>
    <w:rsid w:val="00C13585"/>
    <w:rsid w:val="00C21D16"/>
    <w:rsid w:val="00C360BD"/>
    <w:rsid w:val="00C46C4C"/>
    <w:rsid w:val="00C56B91"/>
    <w:rsid w:val="00C90425"/>
    <w:rsid w:val="00C932DF"/>
    <w:rsid w:val="00C95BF0"/>
    <w:rsid w:val="00CB0664"/>
    <w:rsid w:val="00CC0B6A"/>
    <w:rsid w:val="00CC1C23"/>
    <w:rsid w:val="00D55DFF"/>
    <w:rsid w:val="00D5784E"/>
    <w:rsid w:val="00DC5185"/>
    <w:rsid w:val="00DD76E8"/>
    <w:rsid w:val="00DE07D6"/>
    <w:rsid w:val="00DF34A3"/>
    <w:rsid w:val="00E131D6"/>
    <w:rsid w:val="00E610F7"/>
    <w:rsid w:val="00E7362D"/>
    <w:rsid w:val="00EB26F4"/>
    <w:rsid w:val="00EE13C6"/>
    <w:rsid w:val="00EE3278"/>
    <w:rsid w:val="00EF43A6"/>
    <w:rsid w:val="00F04A69"/>
    <w:rsid w:val="00F25ABC"/>
    <w:rsid w:val="00F82DD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2026-09-02T13:06:00Z</dcterms:created>
  <dcterms:modified xsi:type="dcterms:W3CDTF">2026-09-02T13:06:00Z</dcterms:modified>
  <cp:category/>
</cp:coreProperties>
</file>