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91BCBD8" w:rsidR="00C360BD" w:rsidRDefault="005C775C" w:rsidP="00C360BD">
      <w:pPr>
        <w:jc w:val="center"/>
        <w:rPr>
          <w:b/>
          <w:sz w:val="24"/>
        </w:rPr>
      </w:pPr>
      <w:r>
        <w:rPr>
          <w:b/>
          <w:sz w:val="24"/>
        </w:rPr>
        <w:t>Ján Kaňuk</w:t>
      </w:r>
      <w:r w:rsidR="00452B42" w:rsidRPr="00452B4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PHOTOMAP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DE5CADB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C775C" w:rsidRPr="005C775C">
        <w:t xml:space="preserve">Multi-Platform Hyperspectral and Thermal Earth Observation </w:t>
      </w:r>
      <w:r w:rsidR="005C775C">
        <w:br/>
      </w:r>
      <w:r w:rsidR="005C775C" w:rsidRPr="005C775C">
        <w:t>for Environmental Monitoring</w:t>
      </w:r>
      <w:r>
        <w:t>”</w:t>
      </w:r>
      <w:r w:rsidR="0048495F">
        <w:t xml:space="preserve"> </w:t>
      </w:r>
    </w:p>
    <w:p w14:paraId="16DB20D1" w14:textId="0BB3E5A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C775C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2721F" w14:textId="77777777" w:rsidR="001A3CC0" w:rsidRDefault="001A3CC0" w:rsidP="006521CC">
      <w:pPr>
        <w:spacing w:after="0" w:line="240" w:lineRule="auto"/>
      </w:pPr>
      <w:r>
        <w:separator/>
      </w:r>
    </w:p>
  </w:endnote>
  <w:endnote w:type="continuationSeparator" w:id="0">
    <w:p w14:paraId="109F55DB" w14:textId="77777777" w:rsidR="001A3CC0" w:rsidRDefault="001A3CC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8BB91" w14:textId="77777777" w:rsidR="001A3CC0" w:rsidRDefault="001A3CC0" w:rsidP="006521CC">
      <w:pPr>
        <w:spacing w:after="0" w:line="240" w:lineRule="auto"/>
      </w:pPr>
      <w:r>
        <w:separator/>
      </w:r>
    </w:p>
  </w:footnote>
  <w:footnote w:type="continuationSeparator" w:id="0">
    <w:p w14:paraId="7FA72D85" w14:textId="77777777" w:rsidR="001A3CC0" w:rsidRDefault="001A3CC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A3CC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14554"/>
    <w:rsid w:val="006214EA"/>
    <w:rsid w:val="006521CC"/>
    <w:rsid w:val="006715B2"/>
    <w:rsid w:val="006A0249"/>
    <w:rsid w:val="006A36DE"/>
    <w:rsid w:val="006E0682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2026-09-02T12:54:00Z</dcterms:created>
  <dcterms:modified xsi:type="dcterms:W3CDTF">2026-09-02T12:54:00Z</dcterms:modified>
  <cp:category/>
</cp:coreProperties>
</file>