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91DFBD5" w:rsidR="00C360BD" w:rsidRDefault="007F3A24" w:rsidP="00C360BD">
      <w:pPr>
        <w:jc w:val="center"/>
        <w:rPr>
          <w:b/>
          <w:sz w:val="24"/>
        </w:rPr>
      </w:pPr>
      <w:r w:rsidRPr="007F3A24">
        <w:rPr>
          <w:b/>
          <w:sz w:val="24"/>
        </w:rPr>
        <w:t>Jan Bystroň</w:t>
      </w:r>
      <w:r w:rsidRPr="007F3A24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7F3A24"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38D4085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E235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7F3A24">
        <w:t>What makes real housing estates (un)interesting? Case study of</w:t>
      </w:r>
      <w:r w:rsidR="007F3A24">
        <w:t xml:space="preserve"> </w:t>
      </w:r>
      <w:r w:rsidR="007F3A24">
        <w:t>Ostrava–</w:t>
      </w:r>
      <w:proofErr w:type="spellStart"/>
      <w:r w:rsidR="007F3A24">
        <w:t>Poruba</w:t>
      </w:r>
      <w:proofErr w:type="spellEnd"/>
      <w:r>
        <w:t>”</w:t>
      </w:r>
    </w:p>
    <w:p w14:paraId="16DB20D1" w14:textId="3769046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7F3A24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72007" w14:textId="77777777" w:rsidR="008D6773" w:rsidRDefault="008D6773" w:rsidP="006521CC">
      <w:pPr>
        <w:spacing w:after="0" w:line="240" w:lineRule="auto"/>
      </w:pPr>
      <w:r>
        <w:separator/>
      </w:r>
    </w:p>
  </w:endnote>
  <w:endnote w:type="continuationSeparator" w:id="0">
    <w:p w14:paraId="1C6F9834" w14:textId="77777777" w:rsidR="008D6773" w:rsidRDefault="008D6773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79C21" w14:textId="77777777" w:rsidR="008D6773" w:rsidRDefault="008D6773" w:rsidP="006521CC">
      <w:pPr>
        <w:spacing w:after="0" w:line="240" w:lineRule="auto"/>
      </w:pPr>
      <w:r>
        <w:separator/>
      </w:r>
    </w:p>
  </w:footnote>
  <w:footnote w:type="continuationSeparator" w:id="0">
    <w:p w14:paraId="5CF91C3C" w14:textId="77777777" w:rsidR="008D6773" w:rsidRDefault="008D6773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15074B"/>
    <w:rsid w:val="00151EB7"/>
    <w:rsid w:val="00181F7B"/>
    <w:rsid w:val="001E1322"/>
    <w:rsid w:val="001E229C"/>
    <w:rsid w:val="001E2352"/>
    <w:rsid w:val="0020168D"/>
    <w:rsid w:val="00203C34"/>
    <w:rsid w:val="00247B2F"/>
    <w:rsid w:val="0029639D"/>
    <w:rsid w:val="002F361F"/>
    <w:rsid w:val="00326F90"/>
    <w:rsid w:val="003F76C2"/>
    <w:rsid w:val="004F738E"/>
    <w:rsid w:val="0054106E"/>
    <w:rsid w:val="00550CB0"/>
    <w:rsid w:val="00614554"/>
    <w:rsid w:val="006214EA"/>
    <w:rsid w:val="006521CC"/>
    <w:rsid w:val="006A36DE"/>
    <w:rsid w:val="006E0682"/>
    <w:rsid w:val="007F3A24"/>
    <w:rsid w:val="007F45AD"/>
    <w:rsid w:val="00886001"/>
    <w:rsid w:val="008C46AA"/>
    <w:rsid w:val="008D6773"/>
    <w:rsid w:val="00920391"/>
    <w:rsid w:val="009A6F72"/>
    <w:rsid w:val="009B0BC2"/>
    <w:rsid w:val="009B18AC"/>
    <w:rsid w:val="00A140ED"/>
    <w:rsid w:val="00A5216A"/>
    <w:rsid w:val="00AA1D8D"/>
    <w:rsid w:val="00B47730"/>
    <w:rsid w:val="00B97FC9"/>
    <w:rsid w:val="00C132CD"/>
    <w:rsid w:val="00C360BD"/>
    <w:rsid w:val="00C56B91"/>
    <w:rsid w:val="00C90425"/>
    <w:rsid w:val="00CB0664"/>
    <w:rsid w:val="00D5784E"/>
    <w:rsid w:val="00DC5185"/>
    <w:rsid w:val="00DD76E8"/>
    <w:rsid w:val="00DF34A3"/>
    <w:rsid w:val="00E131D6"/>
    <w:rsid w:val="00E610F7"/>
    <w:rsid w:val="00EB26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2026-09-02T11:48:00Z</dcterms:created>
  <dcterms:modified xsi:type="dcterms:W3CDTF">2026-09-02T11:48:00Z</dcterms:modified>
  <cp:category/>
</cp:coreProperties>
</file>