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12D69C93" w:rsidR="00C360BD" w:rsidRDefault="005A5694" w:rsidP="00C360BD">
      <w:pPr>
        <w:jc w:val="center"/>
        <w:rPr>
          <w:b/>
          <w:sz w:val="24"/>
        </w:rPr>
      </w:pPr>
      <w:r w:rsidRPr="005A5694">
        <w:rPr>
          <w:b/>
          <w:sz w:val="24"/>
        </w:rPr>
        <w:t xml:space="preserve">Jan </w:t>
      </w:r>
      <w:proofErr w:type="spellStart"/>
      <w:r w:rsidRPr="005A5694">
        <w:rPr>
          <w:b/>
          <w:sz w:val="24"/>
        </w:rPr>
        <w:t>Ženka</w:t>
      </w:r>
      <w:proofErr w:type="spellEnd"/>
      <w:r w:rsidRPr="005A5694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5A5694">
        <w:rPr>
          <w:b/>
          <w:sz w:val="24"/>
        </w:rPr>
        <w:t>University of Ostrava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6E3D57AD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351CC7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5A5694" w:rsidRPr="005A5694">
        <w:t xml:space="preserve">Limits of </w:t>
      </w:r>
      <w:proofErr w:type="spellStart"/>
      <w:r w:rsidR="005A5694" w:rsidRPr="005A5694">
        <w:t>microgeography</w:t>
      </w:r>
      <w:proofErr w:type="spellEnd"/>
      <w:r w:rsidR="005A5694" w:rsidRPr="005A5694">
        <w:t xml:space="preserve">? Spatial patterns of software industries </w:t>
      </w:r>
      <w:r w:rsidR="005A5694">
        <w:br/>
      </w:r>
      <w:r w:rsidR="005A5694" w:rsidRPr="005A5694">
        <w:t>in Ostrava and Košice</w:t>
      </w:r>
      <w:r>
        <w:t>”</w:t>
      </w:r>
      <w:r w:rsidR="0048495F">
        <w:t xml:space="preserve"> </w:t>
      </w:r>
    </w:p>
    <w:p w14:paraId="16DB20D1" w14:textId="15B42B5B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5A5694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543EC" w14:textId="77777777" w:rsidR="00BA5FFC" w:rsidRDefault="00BA5FFC" w:rsidP="006521CC">
      <w:pPr>
        <w:spacing w:after="0" w:line="240" w:lineRule="auto"/>
      </w:pPr>
      <w:r>
        <w:separator/>
      </w:r>
    </w:p>
  </w:endnote>
  <w:endnote w:type="continuationSeparator" w:id="0">
    <w:p w14:paraId="1E714BD8" w14:textId="77777777" w:rsidR="00BA5FFC" w:rsidRDefault="00BA5FFC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B5537" w14:textId="77777777" w:rsidR="00BA5FFC" w:rsidRDefault="00BA5FFC" w:rsidP="006521CC">
      <w:pPr>
        <w:spacing w:after="0" w:line="240" w:lineRule="auto"/>
      </w:pPr>
      <w:r>
        <w:separator/>
      </w:r>
    </w:p>
  </w:footnote>
  <w:footnote w:type="continuationSeparator" w:id="0">
    <w:p w14:paraId="05BD0BCF" w14:textId="77777777" w:rsidR="00BA5FFC" w:rsidRDefault="00BA5FFC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37A3E"/>
    <w:rsid w:val="0006063C"/>
    <w:rsid w:val="000628E7"/>
    <w:rsid w:val="00073648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9639D"/>
    <w:rsid w:val="002A44B9"/>
    <w:rsid w:val="002A7470"/>
    <w:rsid w:val="002B0023"/>
    <w:rsid w:val="002F066C"/>
    <w:rsid w:val="002F361F"/>
    <w:rsid w:val="003147CF"/>
    <w:rsid w:val="003202CB"/>
    <w:rsid w:val="00325BF6"/>
    <w:rsid w:val="00326F90"/>
    <w:rsid w:val="00347F2A"/>
    <w:rsid w:val="00351CC7"/>
    <w:rsid w:val="003542D6"/>
    <w:rsid w:val="00354AD2"/>
    <w:rsid w:val="003C5948"/>
    <w:rsid w:val="003D262F"/>
    <w:rsid w:val="003F50F6"/>
    <w:rsid w:val="003F76C2"/>
    <w:rsid w:val="00400246"/>
    <w:rsid w:val="004124AD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216FA"/>
    <w:rsid w:val="005364D7"/>
    <w:rsid w:val="005406CB"/>
    <w:rsid w:val="0054106E"/>
    <w:rsid w:val="00550CB0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4189D"/>
    <w:rsid w:val="0085407C"/>
    <w:rsid w:val="00886001"/>
    <w:rsid w:val="00886B87"/>
    <w:rsid w:val="008C46AA"/>
    <w:rsid w:val="008C5BD5"/>
    <w:rsid w:val="008C685B"/>
    <w:rsid w:val="008F3A40"/>
    <w:rsid w:val="00901CFE"/>
    <w:rsid w:val="00902BBE"/>
    <w:rsid w:val="00920391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F336C"/>
    <w:rsid w:val="00A140ED"/>
    <w:rsid w:val="00A379DF"/>
    <w:rsid w:val="00A43322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A5FFC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4524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0D3D"/>
    <w:rsid w:val="00D55DFF"/>
    <w:rsid w:val="00D5784E"/>
    <w:rsid w:val="00D60A9A"/>
    <w:rsid w:val="00D73ABD"/>
    <w:rsid w:val="00D968DD"/>
    <w:rsid w:val="00DA0589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25ABC"/>
    <w:rsid w:val="00F5106D"/>
    <w:rsid w:val="00F6631A"/>
    <w:rsid w:val="00F66C19"/>
    <w:rsid w:val="00F71703"/>
    <w:rsid w:val="00F82DDE"/>
    <w:rsid w:val="00FA128E"/>
    <w:rsid w:val="00FC693F"/>
    <w:rsid w:val="00FD1A5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2026-09-03T08:17:00Z</dcterms:created>
  <dcterms:modified xsi:type="dcterms:W3CDTF">2026-09-03T08:17:00Z</dcterms:modified>
  <cp:category/>
</cp:coreProperties>
</file>