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44A8E29" w:rsidR="00C360BD" w:rsidRDefault="00EF064C" w:rsidP="00C360BD">
      <w:pPr>
        <w:jc w:val="center"/>
        <w:rPr>
          <w:b/>
          <w:sz w:val="24"/>
        </w:rPr>
      </w:pPr>
      <w:r w:rsidRPr="00EF064C">
        <w:rPr>
          <w:b/>
          <w:sz w:val="24"/>
        </w:rPr>
        <w:t>Jakub Langhammer</w:t>
      </w:r>
      <w:r w:rsidRPr="00EF064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53AE02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 w:rsidR="00985BCB">
        <w:t xml:space="preserve"> – Keynote lecture</w:t>
      </w:r>
      <w:r>
        <w:br/>
      </w:r>
      <w:r w:rsidR="00985BCB">
        <w:rPr>
          <w:rStyle w:val="Vrazn"/>
        </w:rPr>
        <w:t>Topic</w:t>
      </w:r>
      <w:r>
        <w:rPr>
          <w:rStyle w:val="Vrazn"/>
        </w:rPr>
        <w:t>:</w:t>
      </w:r>
      <w:r>
        <w:t xml:space="preserve"> “</w:t>
      </w:r>
      <w:r w:rsidR="00EF064C" w:rsidRPr="00EF064C">
        <w:t>From maps to AI: How technology is transforming geography and the work of geographers</w:t>
      </w:r>
      <w:r>
        <w:t>”</w:t>
      </w:r>
      <w:r w:rsidR="0048495F">
        <w:t xml:space="preserve"> </w:t>
      </w:r>
    </w:p>
    <w:p w14:paraId="106782A3" w14:textId="77777777" w:rsidR="00985BCB" w:rsidRDefault="00985BCB" w:rsidP="00920391">
      <w:pPr>
        <w:jc w:val="both"/>
        <w:rPr>
          <w:sz w:val="20"/>
        </w:rPr>
      </w:pPr>
    </w:p>
    <w:p w14:paraId="32E6CEC7" w14:textId="6E0B70B8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 xml:space="preserve">This certificate serves as an official confirmation of participation </w:t>
      </w:r>
      <w:r w:rsidR="00920391">
        <w:rPr>
          <w:sz w:val="20"/>
        </w:rPr>
        <w:t xml:space="preserve">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A983" w14:textId="77777777" w:rsidR="0066130A" w:rsidRDefault="0066130A" w:rsidP="006521CC">
      <w:pPr>
        <w:spacing w:after="0" w:line="240" w:lineRule="auto"/>
      </w:pPr>
      <w:r>
        <w:separator/>
      </w:r>
    </w:p>
  </w:endnote>
  <w:endnote w:type="continuationSeparator" w:id="0">
    <w:p w14:paraId="6EDCBE3E" w14:textId="77777777" w:rsidR="0066130A" w:rsidRDefault="0066130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2A06" w14:textId="77777777" w:rsidR="0066130A" w:rsidRDefault="0066130A" w:rsidP="006521CC">
      <w:pPr>
        <w:spacing w:after="0" w:line="240" w:lineRule="auto"/>
      </w:pPr>
      <w:r>
        <w:separator/>
      </w:r>
    </w:p>
  </w:footnote>
  <w:footnote w:type="continuationSeparator" w:id="0">
    <w:p w14:paraId="769C3597" w14:textId="77777777" w:rsidR="0066130A" w:rsidRDefault="0066130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130A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D2C4C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5BCB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064C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585E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2026-09-03T09:34:00Z</dcterms:created>
  <dcterms:modified xsi:type="dcterms:W3CDTF">2026-09-03T09:34:00Z</dcterms:modified>
  <cp:category/>
</cp:coreProperties>
</file>