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7BD0902B" w:rsidR="00C360BD" w:rsidRDefault="006A6000" w:rsidP="00C360BD">
      <w:pPr>
        <w:jc w:val="center"/>
        <w:rPr>
          <w:b/>
          <w:sz w:val="24"/>
        </w:rPr>
      </w:pPr>
      <w:r w:rsidRPr="006A6000">
        <w:rPr>
          <w:b/>
          <w:sz w:val="24"/>
        </w:rPr>
        <w:t>Ján Výbošťok</w:t>
      </w:r>
      <w:r w:rsidRPr="006A6000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6A6000">
        <w:rPr>
          <w:b/>
          <w:sz w:val="24"/>
        </w:rPr>
        <w:t>Institute of Geography SAS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423E1E25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351CC7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6A6000" w:rsidRPr="006A6000">
        <w:t>Childcare Deserts in Bratislava</w:t>
      </w:r>
      <w:r>
        <w:t>”</w:t>
      </w:r>
      <w:r w:rsidR="0048495F">
        <w:t xml:space="preserve"> </w:t>
      </w:r>
    </w:p>
    <w:p w14:paraId="16DB20D1" w14:textId="3F8A195B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6A6000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B330F" w14:textId="77777777" w:rsidR="00820068" w:rsidRDefault="00820068" w:rsidP="006521CC">
      <w:pPr>
        <w:spacing w:after="0" w:line="240" w:lineRule="auto"/>
      </w:pPr>
      <w:r>
        <w:separator/>
      </w:r>
    </w:p>
  </w:endnote>
  <w:endnote w:type="continuationSeparator" w:id="0">
    <w:p w14:paraId="2E1FF7E4" w14:textId="77777777" w:rsidR="00820068" w:rsidRDefault="00820068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8580E" w14:textId="77777777" w:rsidR="00820068" w:rsidRDefault="00820068" w:rsidP="006521CC">
      <w:pPr>
        <w:spacing w:after="0" w:line="240" w:lineRule="auto"/>
      </w:pPr>
      <w:r>
        <w:separator/>
      </w:r>
    </w:p>
  </w:footnote>
  <w:footnote w:type="continuationSeparator" w:id="0">
    <w:p w14:paraId="474047C3" w14:textId="77777777" w:rsidR="00820068" w:rsidRDefault="00820068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37A3E"/>
    <w:rsid w:val="0006063C"/>
    <w:rsid w:val="000628E7"/>
    <w:rsid w:val="000809F7"/>
    <w:rsid w:val="0009007E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9639D"/>
    <w:rsid w:val="002A44B9"/>
    <w:rsid w:val="002A7470"/>
    <w:rsid w:val="002B0023"/>
    <w:rsid w:val="002F066C"/>
    <w:rsid w:val="002F361F"/>
    <w:rsid w:val="003147CF"/>
    <w:rsid w:val="003202CB"/>
    <w:rsid w:val="00325BF6"/>
    <w:rsid w:val="00326F90"/>
    <w:rsid w:val="00347F2A"/>
    <w:rsid w:val="00351CC7"/>
    <w:rsid w:val="003542D6"/>
    <w:rsid w:val="00354AD2"/>
    <w:rsid w:val="003D262F"/>
    <w:rsid w:val="003F50F6"/>
    <w:rsid w:val="003F76C2"/>
    <w:rsid w:val="00400246"/>
    <w:rsid w:val="004124AD"/>
    <w:rsid w:val="0041783B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216FA"/>
    <w:rsid w:val="005364D7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26B5C"/>
    <w:rsid w:val="007274B7"/>
    <w:rsid w:val="00736BFD"/>
    <w:rsid w:val="007729D9"/>
    <w:rsid w:val="007C57FD"/>
    <w:rsid w:val="007F250E"/>
    <w:rsid w:val="007F3A24"/>
    <w:rsid w:val="007F45AD"/>
    <w:rsid w:val="00820068"/>
    <w:rsid w:val="0084189D"/>
    <w:rsid w:val="0085407C"/>
    <w:rsid w:val="00886001"/>
    <w:rsid w:val="00886B87"/>
    <w:rsid w:val="008C46AA"/>
    <w:rsid w:val="008C5BD5"/>
    <w:rsid w:val="008C685B"/>
    <w:rsid w:val="008F3A40"/>
    <w:rsid w:val="00901CFE"/>
    <w:rsid w:val="00902BBE"/>
    <w:rsid w:val="00920391"/>
    <w:rsid w:val="00951762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F336C"/>
    <w:rsid w:val="00A140ED"/>
    <w:rsid w:val="00A379DF"/>
    <w:rsid w:val="00A43322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7219F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853D9"/>
    <w:rsid w:val="00C90425"/>
    <w:rsid w:val="00C932DF"/>
    <w:rsid w:val="00C9426E"/>
    <w:rsid w:val="00C95BF0"/>
    <w:rsid w:val="00CB0664"/>
    <w:rsid w:val="00CC0B6A"/>
    <w:rsid w:val="00CC1C23"/>
    <w:rsid w:val="00D20CA2"/>
    <w:rsid w:val="00D50D3D"/>
    <w:rsid w:val="00D55DFF"/>
    <w:rsid w:val="00D5784E"/>
    <w:rsid w:val="00D60A9A"/>
    <w:rsid w:val="00D73ABD"/>
    <w:rsid w:val="00D968DD"/>
    <w:rsid w:val="00DA0589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E4A83"/>
    <w:rsid w:val="00EF43A6"/>
    <w:rsid w:val="00F04A69"/>
    <w:rsid w:val="00F25ABC"/>
    <w:rsid w:val="00F5106D"/>
    <w:rsid w:val="00F6631A"/>
    <w:rsid w:val="00F66C19"/>
    <w:rsid w:val="00F71703"/>
    <w:rsid w:val="00F82DDE"/>
    <w:rsid w:val="00FA128E"/>
    <w:rsid w:val="00FC693F"/>
    <w:rsid w:val="00FD1A5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2026-09-03T08:13:00Z</dcterms:created>
  <dcterms:modified xsi:type="dcterms:W3CDTF">2026-09-03T08:13:00Z</dcterms:modified>
  <cp:category/>
</cp:coreProperties>
</file>