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8FAC031" w:rsidR="00C360BD" w:rsidRDefault="00F6631A" w:rsidP="00C360BD">
      <w:pPr>
        <w:jc w:val="center"/>
        <w:rPr>
          <w:b/>
          <w:sz w:val="24"/>
        </w:rPr>
      </w:pPr>
      <w:r w:rsidRPr="00F6631A">
        <w:rPr>
          <w:b/>
          <w:sz w:val="24"/>
        </w:rPr>
        <w:t>Ján Novotný</w:t>
      </w:r>
      <w:r w:rsidRPr="00F6631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6631A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230E72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6631A" w:rsidRPr="00F6631A">
        <w:t>Public transport accessibility and rural left-</w:t>
      </w:r>
      <w:proofErr w:type="spellStart"/>
      <w:r w:rsidR="00F6631A" w:rsidRPr="00F6631A">
        <w:t>behindness</w:t>
      </w:r>
      <w:proofErr w:type="spellEnd"/>
      <w:r w:rsidR="00F6631A" w:rsidRPr="00F6631A">
        <w:t xml:space="preserve">: </w:t>
      </w:r>
      <w:r w:rsidR="00F6631A">
        <w:br/>
      </w:r>
      <w:r w:rsidR="00F6631A" w:rsidRPr="00F6631A">
        <w:t xml:space="preserve">case study from </w:t>
      </w:r>
      <w:proofErr w:type="spellStart"/>
      <w:r w:rsidR="00F6631A" w:rsidRPr="00F6631A">
        <w:t>Krupina</w:t>
      </w:r>
      <w:proofErr w:type="spellEnd"/>
      <w:r w:rsidR="00F6631A" w:rsidRPr="00F6631A">
        <w:t xml:space="preserve"> district (Slovakia)</w:t>
      </w:r>
      <w:r>
        <w:t>”</w:t>
      </w:r>
      <w:r w:rsidR="0048495F">
        <w:t xml:space="preserve"> </w:t>
      </w:r>
    </w:p>
    <w:p w14:paraId="16DB20D1" w14:textId="0815965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6631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945C8" w14:textId="77777777" w:rsidR="00BF77B7" w:rsidRDefault="00BF77B7" w:rsidP="006521CC">
      <w:pPr>
        <w:spacing w:after="0" w:line="240" w:lineRule="auto"/>
      </w:pPr>
      <w:r>
        <w:separator/>
      </w:r>
    </w:p>
  </w:endnote>
  <w:endnote w:type="continuationSeparator" w:id="0">
    <w:p w14:paraId="2B63CC19" w14:textId="77777777" w:rsidR="00BF77B7" w:rsidRDefault="00BF77B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D3F6" w14:textId="77777777" w:rsidR="00BF77B7" w:rsidRDefault="00BF77B7" w:rsidP="006521CC">
      <w:pPr>
        <w:spacing w:after="0" w:line="240" w:lineRule="auto"/>
      </w:pPr>
      <w:r>
        <w:separator/>
      </w:r>
    </w:p>
  </w:footnote>
  <w:footnote w:type="continuationSeparator" w:id="0">
    <w:p w14:paraId="46DA53CB" w14:textId="77777777" w:rsidR="00BF77B7" w:rsidRDefault="00BF77B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B7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2026-09-03T07:49:00Z</dcterms:created>
  <dcterms:modified xsi:type="dcterms:W3CDTF">2026-09-03T07:49:00Z</dcterms:modified>
  <cp:category/>
</cp:coreProperties>
</file>