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5F278E45" w:rsidR="00C360BD" w:rsidRDefault="000705DA" w:rsidP="00C360BD">
      <w:pPr>
        <w:jc w:val="center"/>
        <w:rPr>
          <w:b/>
          <w:sz w:val="24"/>
        </w:rPr>
      </w:pPr>
      <w:r w:rsidRPr="000705DA">
        <w:rPr>
          <w:b/>
          <w:sz w:val="24"/>
        </w:rPr>
        <w:t>Iffat Sadiya</w:t>
      </w:r>
      <w:r w:rsidRPr="000705DA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0705DA">
        <w:rPr>
          <w:b/>
          <w:sz w:val="24"/>
        </w:rPr>
        <w:t>Institute of Geography SAS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72CE8202" w:rsidR="00920391" w:rsidRDefault="00920391" w:rsidP="00680015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984081">
        <w:t>Active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0705DA" w:rsidRPr="000705DA">
        <w:t xml:space="preserve">Geographical aspects of gender inequality: An intersectional analysis of topophilia </w:t>
      </w:r>
      <w:r w:rsidR="000705DA">
        <w:br/>
      </w:r>
      <w:r w:rsidR="000705DA" w:rsidRPr="000705DA">
        <w:t xml:space="preserve">and </w:t>
      </w:r>
      <w:proofErr w:type="spellStart"/>
      <w:r w:rsidR="000705DA" w:rsidRPr="000705DA">
        <w:t>topophobia</w:t>
      </w:r>
      <w:proofErr w:type="spellEnd"/>
      <w:r w:rsidR="000705DA" w:rsidRPr="000705DA">
        <w:t xml:space="preserve"> among female Muslim international students in Bratislava</w:t>
      </w:r>
      <w:r>
        <w:t>”</w:t>
      </w:r>
      <w:r w:rsidR="0048495F">
        <w:t xml:space="preserve"> </w:t>
      </w:r>
    </w:p>
    <w:p w14:paraId="16DB20D1" w14:textId="204B2315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CF2659">
        <w:t>160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CC7CD0" w14:textId="77777777" w:rsidR="00D00AA8" w:rsidRDefault="00D00AA8" w:rsidP="006521CC">
      <w:pPr>
        <w:spacing w:after="0" w:line="240" w:lineRule="auto"/>
      </w:pPr>
      <w:r>
        <w:separator/>
      </w:r>
    </w:p>
  </w:endnote>
  <w:endnote w:type="continuationSeparator" w:id="0">
    <w:p w14:paraId="6EA93A4D" w14:textId="77777777" w:rsidR="00D00AA8" w:rsidRDefault="00D00AA8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CCB364" w14:textId="77777777" w:rsidR="00D00AA8" w:rsidRDefault="00D00AA8" w:rsidP="006521CC">
      <w:pPr>
        <w:spacing w:after="0" w:line="240" w:lineRule="auto"/>
      </w:pPr>
      <w:r>
        <w:separator/>
      </w:r>
    </w:p>
  </w:footnote>
  <w:footnote w:type="continuationSeparator" w:id="0">
    <w:p w14:paraId="01084F07" w14:textId="77777777" w:rsidR="00D00AA8" w:rsidRDefault="00D00AA8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486"/>
    <w:rsid w:val="0002395D"/>
    <w:rsid w:val="00027046"/>
    <w:rsid w:val="00034616"/>
    <w:rsid w:val="00037A2F"/>
    <w:rsid w:val="00037A3E"/>
    <w:rsid w:val="0006063C"/>
    <w:rsid w:val="000628E7"/>
    <w:rsid w:val="000705DA"/>
    <w:rsid w:val="00073648"/>
    <w:rsid w:val="000809F7"/>
    <w:rsid w:val="00081AB3"/>
    <w:rsid w:val="0009007E"/>
    <w:rsid w:val="000A198A"/>
    <w:rsid w:val="000A7699"/>
    <w:rsid w:val="000C2B74"/>
    <w:rsid w:val="000D682E"/>
    <w:rsid w:val="000E0BA7"/>
    <w:rsid w:val="001033F6"/>
    <w:rsid w:val="0012049E"/>
    <w:rsid w:val="00121D80"/>
    <w:rsid w:val="00130B40"/>
    <w:rsid w:val="00132307"/>
    <w:rsid w:val="001443EF"/>
    <w:rsid w:val="0015074B"/>
    <w:rsid w:val="00151EB7"/>
    <w:rsid w:val="00152C68"/>
    <w:rsid w:val="00153406"/>
    <w:rsid w:val="0016720D"/>
    <w:rsid w:val="00176166"/>
    <w:rsid w:val="00181F7B"/>
    <w:rsid w:val="00190BA0"/>
    <w:rsid w:val="001918ED"/>
    <w:rsid w:val="001E105D"/>
    <w:rsid w:val="001E1322"/>
    <w:rsid w:val="001E229C"/>
    <w:rsid w:val="001E2352"/>
    <w:rsid w:val="001F6B8C"/>
    <w:rsid w:val="0020118A"/>
    <w:rsid w:val="0020168D"/>
    <w:rsid w:val="00203C34"/>
    <w:rsid w:val="002114AC"/>
    <w:rsid w:val="00247B2F"/>
    <w:rsid w:val="00250838"/>
    <w:rsid w:val="00260163"/>
    <w:rsid w:val="00276BE4"/>
    <w:rsid w:val="0029639D"/>
    <w:rsid w:val="002A44B9"/>
    <w:rsid w:val="002A7470"/>
    <w:rsid w:val="002B0023"/>
    <w:rsid w:val="002F066C"/>
    <w:rsid w:val="002F361F"/>
    <w:rsid w:val="002F4A19"/>
    <w:rsid w:val="003147CF"/>
    <w:rsid w:val="003202CB"/>
    <w:rsid w:val="00325BF6"/>
    <w:rsid w:val="00326F90"/>
    <w:rsid w:val="00347F2A"/>
    <w:rsid w:val="00351CC7"/>
    <w:rsid w:val="003542D6"/>
    <w:rsid w:val="00354AD2"/>
    <w:rsid w:val="003715F8"/>
    <w:rsid w:val="003C5948"/>
    <w:rsid w:val="003D262F"/>
    <w:rsid w:val="003F50F6"/>
    <w:rsid w:val="003F76C2"/>
    <w:rsid w:val="00400246"/>
    <w:rsid w:val="004124AD"/>
    <w:rsid w:val="0041783B"/>
    <w:rsid w:val="004250C1"/>
    <w:rsid w:val="00425C86"/>
    <w:rsid w:val="00452B42"/>
    <w:rsid w:val="0045534B"/>
    <w:rsid w:val="0048495F"/>
    <w:rsid w:val="004B7CE2"/>
    <w:rsid w:val="004C2362"/>
    <w:rsid w:val="004C563B"/>
    <w:rsid w:val="004D44EB"/>
    <w:rsid w:val="004E23FF"/>
    <w:rsid w:val="004F738E"/>
    <w:rsid w:val="00503E25"/>
    <w:rsid w:val="00504028"/>
    <w:rsid w:val="005058AF"/>
    <w:rsid w:val="00506FD3"/>
    <w:rsid w:val="005104D5"/>
    <w:rsid w:val="005216FA"/>
    <w:rsid w:val="005364D7"/>
    <w:rsid w:val="005406CB"/>
    <w:rsid w:val="0054106E"/>
    <w:rsid w:val="00550CB0"/>
    <w:rsid w:val="00582199"/>
    <w:rsid w:val="00591F7E"/>
    <w:rsid w:val="005A5694"/>
    <w:rsid w:val="005C17F4"/>
    <w:rsid w:val="005C775C"/>
    <w:rsid w:val="005E0367"/>
    <w:rsid w:val="005F1DFE"/>
    <w:rsid w:val="005F43DF"/>
    <w:rsid w:val="00607114"/>
    <w:rsid w:val="00614554"/>
    <w:rsid w:val="006160A0"/>
    <w:rsid w:val="006214EA"/>
    <w:rsid w:val="00627AC1"/>
    <w:rsid w:val="00637D06"/>
    <w:rsid w:val="006521CC"/>
    <w:rsid w:val="00663F88"/>
    <w:rsid w:val="006715B2"/>
    <w:rsid w:val="00680015"/>
    <w:rsid w:val="006A0249"/>
    <w:rsid w:val="006A36DE"/>
    <w:rsid w:val="006A3DF2"/>
    <w:rsid w:val="006A6000"/>
    <w:rsid w:val="006B1A1C"/>
    <w:rsid w:val="006B48F4"/>
    <w:rsid w:val="006E0682"/>
    <w:rsid w:val="0070220F"/>
    <w:rsid w:val="0070408A"/>
    <w:rsid w:val="00726B5C"/>
    <w:rsid w:val="007274B7"/>
    <w:rsid w:val="00736BFD"/>
    <w:rsid w:val="00754F95"/>
    <w:rsid w:val="00763963"/>
    <w:rsid w:val="007729D9"/>
    <w:rsid w:val="007C57FD"/>
    <w:rsid w:val="007F250E"/>
    <w:rsid w:val="007F3A24"/>
    <w:rsid w:val="007F45AD"/>
    <w:rsid w:val="008407FC"/>
    <w:rsid w:val="0084189D"/>
    <w:rsid w:val="0085407C"/>
    <w:rsid w:val="00860E7F"/>
    <w:rsid w:val="00886001"/>
    <w:rsid w:val="00886B87"/>
    <w:rsid w:val="008C46AA"/>
    <w:rsid w:val="008C5BD5"/>
    <w:rsid w:val="008C685B"/>
    <w:rsid w:val="008D13F9"/>
    <w:rsid w:val="008E5A4B"/>
    <w:rsid w:val="008F094E"/>
    <w:rsid w:val="008F3A40"/>
    <w:rsid w:val="00901CFE"/>
    <w:rsid w:val="00902BBE"/>
    <w:rsid w:val="009132EF"/>
    <w:rsid w:val="00920391"/>
    <w:rsid w:val="00931F9B"/>
    <w:rsid w:val="00943A89"/>
    <w:rsid w:val="00944A14"/>
    <w:rsid w:val="00951762"/>
    <w:rsid w:val="0096413A"/>
    <w:rsid w:val="00984081"/>
    <w:rsid w:val="009863E5"/>
    <w:rsid w:val="009A6B67"/>
    <w:rsid w:val="009A6F72"/>
    <w:rsid w:val="009B0BC2"/>
    <w:rsid w:val="009B18AC"/>
    <w:rsid w:val="009B3BF5"/>
    <w:rsid w:val="009D4524"/>
    <w:rsid w:val="009D6279"/>
    <w:rsid w:val="009E0D3C"/>
    <w:rsid w:val="009E7246"/>
    <w:rsid w:val="009F336C"/>
    <w:rsid w:val="00A140ED"/>
    <w:rsid w:val="00A26308"/>
    <w:rsid w:val="00A26839"/>
    <w:rsid w:val="00A379DF"/>
    <w:rsid w:val="00A43322"/>
    <w:rsid w:val="00A436B9"/>
    <w:rsid w:val="00A44F79"/>
    <w:rsid w:val="00A5216A"/>
    <w:rsid w:val="00A755BD"/>
    <w:rsid w:val="00A825A6"/>
    <w:rsid w:val="00A8317B"/>
    <w:rsid w:val="00AA1D8D"/>
    <w:rsid w:val="00AB43EE"/>
    <w:rsid w:val="00AF1882"/>
    <w:rsid w:val="00B10FAB"/>
    <w:rsid w:val="00B148B1"/>
    <w:rsid w:val="00B2502F"/>
    <w:rsid w:val="00B277E8"/>
    <w:rsid w:val="00B47730"/>
    <w:rsid w:val="00B60D0B"/>
    <w:rsid w:val="00B67FDC"/>
    <w:rsid w:val="00B70233"/>
    <w:rsid w:val="00B7219F"/>
    <w:rsid w:val="00B82B89"/>
    <w:rsid w:val="00B85D57"/>
    <w:rsid w:val="00B9733A"/>
    <w:rsid w:val="00B97FC9"/>
    <w:rsid w:val="00BA1576"/>
    <w:rsid w:val="00BA6280"/>
    <w:rsid w:val="00BA6D41"/>
    <w:rsid w:val="00BB74C0"/>
    <w:rsid w:val="00BD73F2"/>
    <w:rsid w:val="00BF77C4"/>
    <w:rsid w:val="00C132CD"/>
    <w:rsid w:val="00C13585"/>
    <w:rsid w:val="00C21D16"/>
    <w:rsid w:val="00C22695"/>
    <w:rsid w:val="00C360BD"/>
    <w:rsid w:val="00C46C4C"/>
    <w:rsid w:val="00C56B91"/>
    <w:rsid w:val="00C57B6B"/>
    <w:rsid w:val="00C713EC"/>
    <w:rsid w:val="00C84524"/>
    <w:rsid w:val="00C853D9"/>
    <w:rsid w:val="00C90425"/>
    <w:rsid w:val="00C932DF"/>
    <w:rsid w:val="00C9426E"/>
    <w:rsid w:val="00C95BF0"/>
    <w:rsid w:val="00CB0664"/>
    <w:rsid w:val="00CB3D37"/>
    <w:rsid w:val="00CC0B6A"/>
    <w:rsid w:val="00CC1C23"/>
    <w:rsid w:val="00CE3946"/>
    <w:rsid w:val="00CF2659"/>
    <w:rsid w:val="00D00AA8"/>
    <w:rsid w:val="00D20CA2"/>
    <w:rsid w:val="00D50D3D"/>
    <w:rsid w:val="00D55DFF"/>
    <w:rsid w:val="00D5784E"/>
    <w:rsid w:val="00D60A9A"/>
    <w:rsid w:val="00D73ABD"/>
    <w:rsid w:val="00D968DD"/>
    <w:rsid w:val="00DA0589"/>
    <w:rsid w:val="00DB6496"/>
    <w:rsid w:val="00DC5185"/>
    <w:rsid w:val="00DD76E8"/>
    <w:rsid w:val="00DE07D6"/>
    <w:rsid w:val="00DF34A3"/>
    <w:rsid w:val="00E131D6"/>
    <w:rsid w:val="00E3770E"/>
    <w:rsid w:val="00E37E56"/>
    <w:rsid w:val="00E610F7"/>
    <w:rsid w:val="00E63839"/>
    <w:rsid w:val="00E71E5A"/>
    <w:rsid w:val="00E7362D"/>
    <w:rsid w:val="00E85CC7"/>
    <w:rsid w:val="00EB26F4"/>
    <w:rsid w:val="00EE13C6"/>
    <w:rsid w:val="00EE3278"/>
    <w:rsid w:val="00EE4A83"/>
    <w:rsid w:val="00EF43A6"/>
    <w:rsid w:val="00F04A69"/>
    <w:rsid w:val="00F11608"/>
    <w:rsid w:val="00F25ABC"/>
    <w:rsid w:val="00F33402"/>
    <w:rsid w:val="00F45E4A"/>
    <w:rsid w:val="00F5106D"/>
    <w:rsid w:val="00F6631A"/>
    <w:rsid w:val="00F66C19"/>
    <w:rsid w:val="00F71703"/>
    <w:rsid w:val="00F806F5"/>
    <w:rsid w:val="00F82DDE"/>
    <w:rsid w:val="00FA128E"/>
    <w:rsid w:val="00FA65A5"/>
    <w:rsid w:val="00FC693F"/>
    <w:rsid w:val="00FD15D6"/>
    <w:rsid w:val="00FD1A58"/>
    <w:rsid w:val="00FE1408"/>
    <w:rsid w:val="00FE3B3C"/>
    <w:rsid w:val="00FF5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163</Words>
  <Characters>933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2026-09-03T09:05:00Z</dcterms:created>
  <dcterms:modified xsi:type="dcterms:W3CDTF">2026-09-03T09:05:00Z</dcterms:modified>
  <cp:category/>
</cp:coreProperties>
</file>