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F1001E6" w:rsidR="00C360BD" w:rsidRDefault="0070408A" w:rsidP="00C360BD">
      <w:pPr>
        <w:jc w:val="center"/>
        <w:rPr>
          <w:b/>
          <w:sz w:val="24"/>
        </w:rPr>
      </w:pPr>
      <w:r w:rsidRPr="0070408A">
        <w:rPr>
          <w:b/>
          <w:sz w:val="24"/>
        </w:rPr>
        <w:t>Hanna Sojka</w:t>
      </w:r>
      <w:r w:rsidRPr="0070408A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70408A">
        <w:rPr>
          <w:b/>
          <w:sz w:val="24"/>
        </w:rPr>
        <w:t>AGH University of Kraków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80FC10C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70408A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70408A" w:rsidRPr="0070408A">
        <w:t>A multidisciplinary approach to fault zone detection: geological mapping, geophysical surveys, and gas emission measurements – a case study of the Podhale Basin, southern Poland</w:t>
      </w:r>
      <w:r>
        <w:t>”</w:t>
      </w:r>
      <w:r w:rsidR="0048495F">
        <w:t xml:space="preserve"> </w:t>
      </w:r>
    </w:p>
    <w:p w14:paraId="16DB20D1" w14:textId="6C512BA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27AC1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107A6" w14:textId="77777777" w:rsidR="005B1068" w:rsidRDefault="005B1068" w:rsidP="006521CC">
      <w:pPr>
        <w:spacing w:after="0" w:line="240" w:lineRule="auto"/>
      </w:pPr>
      <w:r>
        <w:separator/>
      </w:r>
    </w:p>
  </w:endnote>
  <w:endnote w:type="continuationSeparator" w:id="0">
    <w:p w14:paraId="1B43B9B3" w14:textId="77777777" w:rsidR="005B1068" w:rsidRDefault="005B106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B119A" w14:textId="77777777" w:rsidR="005B1068" w:rsidRDefault="005B1068" w:rsidP="006521CC">
      <w:pPr>
        <w:spacing w:after="0" w:line="240" w:lineRule="auto"/>
      </w:pPr>
      <w:r>
        <w:separator/>
      </w:r>
    </w:p>
  </w:footnote>
  <w:footnote w:type="continuationSeparator" w:id="0">
    <w:p w14:paraId="6B100C97" w14:textId="77777777" w:rsidR="005B1068" w:rsidRDefault="005B106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B1068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2026-09-03T08:42:00Z</dcterms:created>
  <dcterms:modified xsi:type="dcterms:W3CDTF">2026-09-03T08:42:00Z</dcterms:modified>
  <cp:category/>
</cp:coreProperties>
</file>