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1C5986A" w:rsidR="00C360BD" w:rsidRDefault="002B427C" w:rsidP="00C360BD">
      <w:pPr>
        <w:jc w:val="center"/>
        <w:rPr>
          <w:b/>
          <w:sz w:val="24"/>
        </w:rPr>
      </w:pPr>
      <w:r w:rsidRPr="002B427C">
        <w:rPr>
          <w:b/>
          <w:sz w:val="24"/>
        </w:rPr>
        <w:t>Géza Salamin</w:t>
      </w:r>
      <w:r w:rsidRPr="002B427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2B427C">
        <w:rPr>
          <w:b/>
          <w:sz w:val="24"/>
        </w:rPr>
        <w:t>Corvinus University of Budapest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F471909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984081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2B427C" w:rsidRPr="002B427C">
        <w:t>Spatial Differences in Attitudes Toward Family Values in Hungary</w:t>
      </w:r>
      <w:r>
        <w:t>”</w:t>
      </w:r>
      <w:r w:rsidR="0048495F">
        <w:t xml:space="preserve"> </w:t>
      </w:r>
    </w:p>
    <w:p w14:paraId="16DB20D1" w14:textId="21CCC427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550CDD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ECD437" w14:textId="77777777" w:rsidR="00DF2B46" w:rsidRDefault="00DF2B46" w:rsidP="006521CC">
      <w:pPr>
        <w:spacing w:after="0" w:line="240" w:lineRule="auto"/>
      </w:pPr>
      <w:r>
        <w:separator/>
      </w:r>
    </w:p>
  </w:endnote>
  <w:endnote w:type="continuationSeparator" w:id="0">
    <w:p w14:paraId="45620ED2" w14:textId="77777777" w:rsidR="00DF2B46" w:rsidRDefault="00DF2B46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FA375" w14:textId="77777777" w:rsidR="00DF2B46" w:rsidRDefault="00DF2B46" w:rsidP="006521CC">
      <w:pPr>
        <w:spacing w:after="0" w:line="240" w:lineRule="auto"/>
      </w:pPr>
      <w:r>
        <w:separator/>
      </w:r>
    </w:p>
  </w:footnote>
  <w:footnote w:type="continuationSeparator" w:id="0">
    <w:p w14:paraId="7B8444BC" w14:textId="77777777" w:rsidR="00DF2B46" w:rsidRDefault="00DF2B46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395D"/>
    <w:rsid w:val="00027046"/>
    <w:rsid w:val="00034616"/>
    <w:rsid w:val="00037A2F"/>
    <w:rsid w:val="00037A3E"/>
    <w:rsid w:val="0006063C"/>
    <w:rsid w:val="000628E7"/>
    <w:rsid w:val="000705DA"/>
    <w:rsid w:val="00073648"/>
    <w:rsid w:val="000809F7"/>
    <w:rsid w:val="00081AB3"/>
    <w:rsid w:val="0009007E"/>
    <w:rsid w:val="000A198A"/>
    <w:rsid w:val="000A7699"/>
    <w:rsid w:val="000C2B74"/>
    <w:rsid w:val="000D682E"/>
    <w:rsid w:val="000E0BA7"/>
    <w:rsid w:val="001033F6"/>
    <w:rsid w:val="0012049E"/>
    <w:rsid w:val="00121D80"/>
    <w:rsid w:val="00130B40"/>
    <w:rsid w:val="00132307"/>
    <w:rsid w:val="001443EF"/>
    <w:rsid w:val="0015074B"/>
    <w:rsid w:val="00151EB7"/>
    <w:rsid w:val="00152C68"/>
    <w:rsid w:val="00153406"/>
    <w:rsid w:val="0016720D"/>
    <w:rsid w:val="00176166"/>
    <w:rsid w:val="00181F7B"/>
    <w:rsid w:val="00190BA0"/>
    <w:rsid w:val="001918ED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60163"/>
    <w:rsid w:val="00276BE4"/>
    <w:rsid w:val="0029639D"/>
    <w:rsid w:val="002A44B9"/>
    <w:rsid w:val="002A7470"/>
    <w:rsid w:val="002B0023"/>
    <w:rsid w:val="002B427C"/>
    <w:rsid w:val="002F066C"/>
    <w:rsid w:val="002F361F"/>
    <w:rsid w:val="002F4A19"/>
    <w:rsid w:val="003147CF"/>
    <w:rsid w:val="003202CB"/>
    <w:rsid w:val="00325BF6"/>
    <w:rsid w:val="00326F90"/>
    <w:rsid w:val="00347F2A"/>
    <w:rsid w:val="00351CC7"/>
    <w:rsid w:val="003542D6"/>
    <w:rsid w:val="00354AD2"/>
    <w:rsid w:val="003715F8"/>
    <w:rsid w:val="003C5948"/>
    <w:rsid w:val="003D262F"/>
    <w:rsid w:val="003F50F6"/>
    <w:rsid w:val="003F76C2"/>
    <w:rsid w:val="00400246"/>
    <w:rsid w:val="004124AD"/>
    <w:rsid w:val="0041783B"/>
    <w:rsid w:val="004250C1"/>
    <w:rsid w:val="00425C86"/>
    <w:rsid w:val="00452B42"/>
    <w:rsid w:val="0045534B"/>
    <w:rsid w:val="0048495F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06FD3"/>
    <w:rsid w:val="005104D5"/>
    <w:rsid w:val="005216FA"/>
    <w:rsid w:val="005364D7"/>
    <w:rsid w:val="005406CB"/>
    <w:rsid w:val="0054106E"/>
    <w:rsid w:val="00550CB0"/>
    <w:rsid w:val="00550CDD"/>
    <w:rsid w:val="00582199"/>
    <w:rsid w:val="00591F7E"/>
    <w:rsid w:val="005A5694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27AC1"/>
    <w:rsid w:val="00637D06"/>
    <w:rsid w:val="006521CC"/>
    <w:rsid w:val="00663F88"/>
    <w:rsid w:val="006715B2"/>
    <w:rsid w:val="00680015"/>
    <w:rsid w:val="006A0249"/>
    <w:rsid w:val="006A36DE"/>
    <w:rsid w:val="006A3DF2"/>
    <w:rsid w:val="006A6000"/>
    <w:rsid w:val="006B1A1C"/>
    <w:rsid w:val="006B48F4"/>
    <w:rsid w:val="006E0682"/>
    <w:rsid w:val="0070220F"/>
    <w:rsid w:val="0070408A"/>
    <w:rsid w:val="00726B5C"/>
    <w:rsid w:val="007274B7"/>
    <w:rsid w:val="00736BFD"/>
    <w:rsid w:val="00754F95"/>
    <w:rsid w:val="00763963"/>
    <w:rsid w:val="007729D9"/>
    <w:rsid w:val="007C57FD"/>
    <w:rsid w:val="007F250E"/>
    <w:rsid w:val="007F3A24"/>
    <w:rsid w:val="007F45AD"/>
    <w:rsid w:val="008407FC"/>
    <w:rsid w:val="0084189D"/>
    <w:rsid w:val="0085407C"/>
    <w:rsid w:val="00860E7F"/>
    <w:rsid w:val="00886001"/>
    <w:rsid w:val="00886B87"/>
    <w:rsid w:val="008C46AA"/>
    <w:rsid w:val="008C5BD5"/>
    <w:rsid w:val="008C685B"/>
    <w:rsid w:val="008D13F9"/>
    <w:rsid w:val="008E5A4B"/>
    <w:rsid w:val="008F094E"/>
    <w:rsid w:val="008F3A40"/>
    <w:rsid w:val="00901CFE"/>
    <w:rsid w:val="00902BBE"/>
    <w:rsid w:val="009132EF"/>
    <w:rsid w:val="00920391"/>
    <w:rsid w:val="00931F9B"/>
    <w:rsid w:val="00943A89"/>
    <w:rsid w:val="00944A14"/>
    <w:rsid w:val="00951762"/>
    <w:rsid w:val="0096413A"/>
    <w:rsid w:val="00984081"/>
    <w:rsid w:val="009863E5"/>
    <w:rsid w:val="009A6B67"/>
    <w:rsid w:val="009A6F72"/>
    <w:rsid w:val="009B0BC2"/>
    <w:rsid w:val="009B18AC"/>
    <w:rsid w:val="009B3BF5"/>
    <w:rsid w:val="009D4524"/>
    <w:rsid w:val="009D6279"/>
    <w:rsid w:val="009E0D3C"/>
    <w:rsid w:val="009E7246"/>
    <w:rsid w:val="009F336C"/>
    <w:rsid w:val="00A140ED"/>
    <w:rsid w:val="00A26308"/>
    <w:rsid w:val="00A26839"/>
    <w:rsid w:val="00A379DF"/>
    <w:rsid w:val="00A43322"/>
    <w:rsid w:val="00A436B9"/>
    <w:rsid w:val="00A44F79"/>
    <w:rsid w:val="00A5216A"/>
    <w:rsid w:val="00A755BD"/>
    <w:rsid w:val="00A825A6"/>
    <w:rsid w:val="00A8317B"/>
    <w:rsid w:val="00AA1D8D"/>
    <w:rsid w:val="00AB43EE"/>
    <w:rsid w:val="00AF1882"/>
    <w:rsid w:val="00B10FAB"/>
    <w:rsid w:val="00B148B1"/>
    <w:rsid w:val="00B2502F"/>
    <w:rsid w:val="00B277E8"/>
    <w:rsid w:val="00B47730"/>
    <w:rsid w:val="00B60D0B"/>
    <w:rsid w:val="00B67FDC"/>
    <w:rsid w:val="00B70233"/>
    <w:rsid w:val="00B7219F"/>
    <w:rsid w:val="00B82B89"/>
    <w:rsid w:val="00B85D57"/>
    <w:rsid w:val="00B9733A"/>
    <w:rsid w:val="00B97FC9"/>
    <w:rsid w:val="00BA1576"/>
    <w:rsid w:val="00BA6280"/>
    <w:rsid w:val="00BA6D41"/>
    <w:rsid w:val="00BB74C0"/>
    <w:rsid w:val="00BD73F2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713EC"/>
    <w:rsid w:val="00C84524"/>
    <w:rsid w:val="00C853D9"/>
    <w:rsid w:val="00C90425"/>
    <w:rsid w:val="00C932DF"/>
    <w:rsid w:val="00C9426E"/>
    <w:rsid w:val="00C95BF0"/>
    <w:rsid w:val="00CB0664"/>
    <w:rsid w:val="00CB3D37"/>
    <w:rsid w:val="00CC0B6A"/>
    <w:rsid w:val="00CC1C23"/>
    <w:rsid w:val="00CE3946"/>
    <w:rsid w:val="00CF2659"/>
    <w:rsid w:val="00D20CA2"/>
    <w:rsid w:val="00D50D3D"/>
    <w:rsid w:val="00D55DFF"/>
    <w:rsid w:val="00D5784E"/>
    <w:rsid w:val="00D60A9A"/>
    <w:rsid w:val="00D73ABD"/>
    <w:rsid w:val="00D968DD"/>
    <w:rsid w:val="00DA0589"/>
    <w:rsid w:val="00DB6496"/>
    <w:rsid w:val="00DC5185"/>
    <w:rsid w:val="00DD76E8"/>
    <w:rsid w:val="00DE07D6"/>
    <w:rsid w:val="00DF2B46"/>
    <w:rsid w:val="00DF34A3"/>
    <w:rsid w:val="00E131D6"/>
    <w:rsid w:val="00E3770E"/>
    <w:rsid w:val="00E37E56"/>
    <w:rsid w:val="00E610F7"/>
    <w:rsid w:val="00E63839"/>
    <w:rsid w:val="00E71E5A"/>
    <w:rsid w:val="00E7362D"/>
    <w:rsid w:val="00E85CC7"/>
    <w:rsid w:val="00EB26F4"/>
    <w:rsid w:val="00EE13C6"/>
    <w:rsid w:val="00EE3278"/>
    <w:rsid w:val="00EE4A83"/>
    <w:rsid w:val="00EF43A6"/>
    <w:rsid w:val="00F04A69"/>
    <w:rsid w:val="00F11608"/>
    <w:rsid w:val="00F25ABC"/>
    <w:rsid w:val="00F33402"/>
    <w:rsid w:val="00F45E4A"/>
    <w:rsid w:val="00F5106D"/>
    <w:rsid w:val="00F6631A"/>
    <w:rsid w:val="00F66C19"/>
    <w:rsid w:val="00F71703"/>
    <w:rsid w:val="00F806F5"/>
    <w:rsid w:val="00F82DDE"/>
    <w:rsid w:val="00FA128E"/>
    <w:rsid w:val="00FA65A5"/>
    <w:rsid w:val="00FC693F"/>
    <w:rsid w:val="00FD15D6"/>
    <w:rsid w:val="00FD1A58"/>
    <w:rsid w:val="00FE1408"/>
    <w:rsid w:val="00FE3B3C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1007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2026-09-03T09:07:00Z</dcterms:created>
  <dcterms:modified xsi:type="dcterms:W3CDTF">2026-09-03T09:07:00Z</dcterms:modified>
  <cp:category/>
</cp:coreProperties>
</file>