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0A71B6D" w:rsidR="00C360BD" w:rsidRDefault="005C17F4" w:rsidP="00C360BD">
      <w:pPr>
        <w:jc w:val="center"/>
        <w:rPr>
          <w:b/>
          <w:sz w:val="24"/>
        </w:rPr>
      </w:pPr>
      <w:r w:rsidRPr="005C17F4">
        <w:rPr>
          <w:b/>
          <w:sz w:val="24"/>
        </w:rPr>
        <w:t>Frederik Hirner</w:t>
      </w:r>
      <w:r w:rsidRPr="005C17F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C17F4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5EF3774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9733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C17F4" w:rsidRPr="005C17F4">
        <w:t xml:space="preserve">Transformation of Ethnic Structure and Diversity in Bratislava and </w:t>
      </w:r>
      <w:r w:rsidR="00B9733A">
        <w:br/>
      </w:r>
      <w:r w:rsidR="005C17F4" w:rsidRPr="005C17F4">
        <w:t xml:space="preserve">the Rural Districts of Pezinok and </w:t>
      </w:r>
      <w:proofErr w:type="spellStart"/>
      <w:r w:rsidR="005C17F4" w:rsidRPr="005C17F4">
        <w:t>Senec</w:t>
      </w:r>
      <w:proofErr w:type="spellEnd"/>
      <w:r w:rsidR="005C17F4" w:rsidRPr="005C17F4">
        <w:t xml:space="preserve"> (1910–1950)</w:t>
      </w:r>
      <w:r>
        <w:t>”</w:t>
      </w:r>
      <w:r w:rsidR="0048495F">
        <w:t xml:space="preserve"> </w:t>
      </w:r>
    </w:p>
    <w:p w14:paraId="16DB20D1" w14:textId="415A497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C17F4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1F02" w14:textId="77777777" w:rsidR="002C4EB6" w:rsidRDefault="002C4EB6" w:rsidP="006521CC">
      <w:pPr>
        <w:spacing w:after="0" w:line="240" w:lineRule="auto"/>
      </w:pPr>
      <w:r>
        <w:separator/>
      </w:r>
    </w:p>
  </w:endnote>
  <w:endnote w:type="continuationSeparator" w:id="0">
    <w:p w14:paraId="2D4AB034" w14:textId="77777777" w:rsidR="002C4EB6" w:rsidRDefault="002C4EB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EE93A" w14:textId="77777777" w:rsidR="002C4EB6" w:rsidRDefault="002C4EB6" w:rsidP="006521CC">
      <w:pPr>
        <w:spacing w:after="0" w:line="240" w:lineRule="auto"/>
      </w:pPr>
      <w:r>
        <w:separator/>
      </w:r>
    </w:p>
  </w:footnote>
  <w:footnote w:type="continuationSeparator" w:id="0">
    <w:p w14:paraId="472EF4BB" w14:textId="77777777" w:rsidR="002C4EB6" w:rsidRDefault="002C4EB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C4EB6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2026-09-02T12:38:00Z</dcterms:created>
  <dcterms:modified xsi:type="dcterms:W3CDTF">2026-09-02T12:38:00Z</dcterms:modified>
  <cp:category/>
</cp:coreProperties>
</file>