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D93A030" w:rsidR="00C360BD" w:rsidRDefault="00BA6280" w:rsidP="00C360BD">
      <w:pPr>
        <w:jc w:val="center"/>
        <w:rPr>
          <w:b/>
          <w:sz w:val="24"/>
        </w:rPr>
      </w:pPr>
      <w:r w:rsidRPr="00BA6280">
        <w:rPr>
          <w:b/>
          <w:sz w:val="24"/>
        </w:rPr>
        <w:t xml:space="preserve">Federica </w:t>
      </w:r>
      <w:proofErr w:type="spellStart"/>
      <w:r w:rsidRPr="00BA6280">
        <w:rPr>
          <w:b/>
          <w:sz w:val="24"/>
        </w:rPr>
        <w:t>Rizzetto</w:t>
      </w:r>
      <w:proofErr w:type="spellEnd"/>
      <w:r w:rsidRPr="00BA628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A6280">
        <w:rPr>
          <w:b/>
          <w:sz w:val="24"/>
        </w:rPr>
        <w:t>National Research Council of Italy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C4039F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F094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A6280" w:rsidRPr="00BA6280">
        <w:t xml:space="preserve">Anthropogenic influence on the long-term morphological evolution </w:t>
      </w:r>
      <w:r w:rsidR="00BA6280">
        <w:br/>
      </w:r>
      <w:r w:rsidR="00BA6280" w:rsidRPr="00BA6280">
        <w:t>of a tidal inlet in the Venice barrier island system (northern Adriatic Sea, Italy)</w:t>
      </w:r>
      <w:r>
        <w:t>”</w:t>
      </w:r>
      <w:r w:rsidR="0048495F">
        <w:t xml:space="preserve"> </w:t>
      </w:r>
    </w:p>
    <w:p w14:paraId="16DB20D1" w14:textId="2657D8C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A6280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DB7B" w14:textId="77777777" w:rsidR="00BC51C3" w:rsidRDefault="00BC51C3" w:rsidP="006521CC">
      <w:pPr>
        <w:spacing w:after="0" w:line="240" w:lineRule="auto"/>
      </w:pPr>
      <w:r>
        <w:separator/>
      </w:r>
    </w:p>
  </w:endnote>
  <w:endnote w:type="continuationSeparator" w:id="0">
    <w:p w14:paraId="51AAFE31" w14:textId="77777777" w:rsidR="00BC51C3" w:rsidRDefault="00BC51C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1FB40" w14:textId="77777777" w:rsidR="00BC51C3" w:rsidRDefault="00BC51C3" w:rsidP="006521CC">
      <w:pPr>
        <w:spacing w:after="0" w:line="240" w:lineRule="auto"/>
      </w:pPr>
      <w:r>
        <w:separator/>
      </w:r>
    </w:p>
  </w:footnote>
  <w:footnote w:type="continuationSeparator" w:id="0">
    <w:p w14:paraId="09E777DC" w14:textId="77777777" w:rsidR="00BC51C3" w:rsidRDefault="00BC51C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C51C3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2026-09-03T08:59:00Z</dcterms:created>
  <dcterms:modified xsi:type="dcterms:W3CDTF">2026-09-03T08:59:00Z</dcterms:modified>
  <cp:category/>
</cp:coreProperties>
</file>