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6FE04AB2" w:rsidR="00C360BD" w:rsidRDefault="00E3770E" w:rsidP="00C360BD">
      <w:pPr>
        <w:jc w:val="center"/>
        <w:rPr>
          <w:b/>
          <w:sz w:val="24"/>
        </w:rPr>
      </w:pPr>
      <w:r w:rsidRPr="00E3770E">
        <w:rPr>
          <w:b/>
          <w:sz w:val="24"/>
        </w:rPr>
        <w:t>Diana Ritterová</w:t>
      </w:r>
      <w:r w:rsidRPr="00E3770E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E3770E">
        <w:rPr>
          <w:b/>
          <w:sz w:val="24"/>
        </w:rPr>
        <w:t>Palacký University Olomouc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A11145B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8F094E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E3770E" w:rsidRPr="00E3770E">
        <w:t>Mixed participatory mapping approach in urban mobility research</w:t>
      </w:r>
      <w:r>
        <w:t>”</w:t>
      </w:r>
      <w:r w:rsidR="0048495F">
        <w:t xml:space="preserve"> </w:t>
      </w:r>
    </w:p>
    <w:p w14:paraId="16DB20D1" w14:textId="58AA4508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A26839">
        <w:t>160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50735" w14:textId="77777777" w:rsidR="001443F1" w:rsidRDefault="001443F1" w:rsidP="006521CC">
      <w:pPr>
        <w:spacing w:after="0" w:line="240" w:lineRule="auto"/>
      </w:pPr>
      <w:r>
        <w:separator/>
      </w:r>
    </w:p>
  </w:endnote>
  <w:endnote w:type="continuationSeparator" w:id="0">
    <w:p w14:paraId="21BD322A" w14:textId="77777777" w:rsidR="001443F1" w:rsidRDefault="001443F1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48E00" w14:textId="77777777" w:rsidR="001443F1" w:rsidRDefault="001443F1" w:rsidP="006521CC">
      <w:pPr>
        <w:spacing w:after="0" w:line="240" w:lineRule="auto"/>
      </w:pPr>
      <w:r>
        <w:separator/>
      </w:r>
    </w:p>
  </w:footnote>
  <w:footnote w:type="continuationSeparator" w:id="0">
    <w:p w14:paraId="427D5895" w14:textId="77777777" w:rsidR="001443F1" w:rsidRDefault="001443F1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443F1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216FA"/>
    <w:rsid w:val="005364D7"/>
    <w:rsid w:val="005406CB"/>
    <w:rsid w:val="0054106E"/>
    <w:rsid w:val="00550CB0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729D9"/>
    <w:rsid w:val="007C57FD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D41"/>
    <w:rsid w:val="00BB74C0"/>
    <w:rsid w:val="00BD73F2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34A3"/>
    <w:rsid w:val="00E131D6"/>
    <w:rsid w:val="00E3770E"/>
    <w:rsid w:val="00E37E56"/>
    <w:rsid w:val="00E610F7"/>
    <w:rsid w:val="00E63839"/>
    <w:rsid w:val="00E71E5A"/>
    <w:rsid w:val="00E7362D"/>
    <w:rsid w:val="00EB26F4"/>
    <w:rsid w:val="00EE13C6"/>
    <w:rsid w:val="00EE3278"/>
    <w:rsid w:val="00EE4A83"/>
    <w:rsid w:val="00EF43A6"/>
    <w:rsid w:val="00F04A69"/>
    <w:rsid w:val="00F11608"/>
    <w:rsid w:val="00F25ABC"/>
    <w:rsid w:val="00F33402"/>
    <w:rsid w:val="00F5106D"/>
    <w:rsid w:val="00F6631A"/>
    <w:rsid w:val="00F66C19"/>
    <w:rsid w:val="00F71703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2026-09-03T08:57:00Z</dcterms:created>
  <dcterms:modified xsi:type="dcterms:W3CDTF">2026-09-03T08:57:00Z</dcterms:modified>
  <cp:category/>
</cp:coreProperties>
</file>