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6A83180" w:rsidR="00C360BD" w:rsidRDefault="009863E5" w:rsidP="00C360BD">
      <w:pPr>
        <w:jc w:val="center"/>
        <w:rPr>
          <w:b/>
          <w:sz w:val="24"/>
        </w:rPr>
      </w:pPr>
      <w:r>
        <w:rPr>
          <w:b/>
          <w:sz w:val="24"/>
        </w:rPr>
        <w:t>David Fiedor</w:t>
      </w:r>
      <w:r w:rsidR="00EF43A6" w:rsidRPr="00EF43A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9863E5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BB6B1E5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90BA0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863E5" w:rsidRPr="009863E5">
        <w:t>The Relationship between Gambling Spaces and Crime at the Local Level in Czechia</w:t>
      </w:r>
      <w:r>
        <w:t>”</w:t>
      </w:r>
      <w:r w:rsidR="0048495F">
        <w:t xml:space="preserve"> </w:t>
      </w:r>
    </w:p>
    <w:p w14:paraId="16DB20D1" w14:textId="32C6435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B74C0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34693" w14:textId="77777777" w:rsidR="00E46987" w:rsidRDefault="00E46987" w:rsidP="006521CC">
      <w:pPr>
        <w:spacing w:after="0" w:line="240" w:lineRule="auto"/>
      </w:pPr>
      <w:r>
        <w:separator/>
      </w:r>
    </w:p>
  </w:endnote>
  <w:endnote w:type="continuationSeparator" w:id="0">
    <w:p w14:paraId="634731B5" w14:textId="77777777" w:rsidR="00E46987" w:rsidRDefault="00E4698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C7EDE" w14:textId="77777777" w:rsidR="00E46987" w:rsidRDefault="00E46987" w:rsidP="006521CC">
      <w:pPr>
        <w:spacing w:after="0" w:line="240" w:lineRule="auto"/>
      </w:pPr>
      <w:r>
        <w:separator/>
      </w:r>
    </w:p>
  </w:footnote>
  <w:footnote w:type="continuationSeparator" w:id="0">
    <w:p w14:paraId="65B56D7F" w14:textId="77777777" w:rsidR="00E46987" w:rsidRDefault="00E4698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F738E"/>
    <w:rsid w:val="00503E25"/>
    <w:rsid w:val="005216FA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863E5"/>
    <w:rsid w:val="009A6F72"/>
    <w:rsid w:val="009B0BC2"/>
    <w:rsid w:val="009B18AC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46987"/>
    <w:rsid w:val="00E610F7"/>
    <w:rsid w:val="00E7362D"/>
    <w:rsid w:val="00EB26F4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2026-09-02T12:13:00Z</dcterms:created>
  <dcterms:modified xsi:type="dcterms:W3CDTF">2026-09-02T12:13:00Z</dcterms:modified>
  <cp:category/>
</cp:coreProperties>
</file>