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19C6347" w:rsidR="00C360BD" w:rsidRDefault="00190BA0" w:rsidP="00C360BD">
      <w:pPr>
        <w:jc w:val="center"/>
        <w:rPr>
          <w:b/>
          <w:sz w:val="24"/>
        </w:rPr>
      </w:pPr>
      <w:r>
        <w:rPr>
          <w:b/>
          <w:sz w:val="24"/>
        </w:rPr>
        <w:t>Daniel Doležal</w:t>
      </w:r>
      <w:r w:rsidR="00AF1882" w:rsidRPr="00AF188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6960827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90BA0" w:rsidRPr="00190BA0">
        <w:t>Assessment of Residential Attractiveness at the Local Level</w:t>
      </w:r>
      <w:r>
        <w:t>”</w:t>
      </w:r>
      <w:r w:rsidR="0048495F">
        <w:t xml:space="preserve"> </w:t>
      </w:r>
    </w:p>
    <w:p w14:paraId="16DB20D1" w14:textId="044538A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90BA0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8CEF" w14:textId="77777777" w:rsidR="009737CC" w:rsidRDefault="009737CC" w:rsidP="006521CC">
      <w:pPr>
        <w:spacing w:after="0" w:line="240" w:lineRule="auto"/>
      </w:pPr>
      <w:r>
        <w:separator/>
      </w:r>
    </w:p>
  </w:endnote>
  <w:endnote w:type="continuationSeparator" w:id="0">
    <w:p w14:paraId="255B0807" w14:textId="77777777" w:rsidR="009737CC" w:rsidRDefault="009737C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11E6" w14:textId="77777777" w:rsidR="009737CC" w:rsidRDefault="009737CC" w:rsidP="006521CC">
      <w:pPr>
        <w:spacing w:after="0" w:line="240" w:lineRule="auto"/>
      </w:pPr>
      <w:r>
        <w:separator/>
      </w:r>
    </w:p>
  </w:footnote>
  <w:footnote w:type="continuationSeparator" w:id="0">
    <w:p w14:paraId="53BA981B" w14:textId="77777777" w:rsidR="009737CC" w:rsidRDefault="009737C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F738E"/>
    <w:rsid w:val="00503E25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737CC"/>
    <w:rsid w:val="009A6F72"/>
    <w:rsid w:val="009B0BC2"/>
    <w:rsid w:val="009B18AC"/>
    <w:rsid w:val="00A140ED"/>
    <w:rsid w:val="00A5216A"/>
    <w:rsid w:val="00AA1D8D"/>
    <w:rsid w:val="00AB43EE"/>
    <w:rsid w:val="00AF1882"/>
    <w:rsid w:val="00B47730"/>
    <w:rsid w:val="00B67FDC"/>
    <w:rsid w:val="00B97FC9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2026-09-02T12:06:00Z</dcterms:created>
  <dcterms:modified xsi:type="dcterms:W3CDTF">2026-09-02T12:06:00Z</dcterms:modified>
  <cp:category/>
</cp:coreProperties>
</file>