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1CD571A" w:rsidR="00C360BD" w:rsidRDefault="00886001" w:rsidP="00C360BD">
      <w:pPr>
        <w:jc w:val="center"/>
        <w:rPr>
          <w:b/>
          <w:sz w:val="24"/>
        </w:rPr>
      </w:pPr>
      <w:r w:rsidRPr="00886001">
        <w:rPr>
          <w:b/>
          <w:sz w:val="24"/>
        </w:rPr>
        <w:t>Daniel Bečvář</w:t>
      </w:r>
      <w:r w:rsidRPr="00886001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86001">
        <w:rPr>
          <w:b/>
          <w:sz w:val="24"/>
        </w:rPr>
        <w:t>University of West Bohemia in Pilsen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D42DF8B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86001" w:rsidRPr="00886001">
        <w:t xml:space="preserve">Can graduates return without universities? Re-attraction factors </w:t>
      </w:r>
      <w:r w:rsidR="00886001">
        <w:br/>
      </w:r>
      <w:r w:rsidR="00886001" w:rsidRPr="00886001">
        <w:t>in a transforming region</w:t>
      </w:r>
      <w:r>
        <w:t>”</w:t>
      </w:r>
    </w:p>
    <w:p w14:paraId="16DB20D1" w14:textId="639A803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86001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20966" w14:textId="77777777" w:rsidR="00621E1E" w:rsidRDefault="00621E1E" w:rsidP="006521CC">
      <w:pPr>
        <w:spacing w:after="0" w:line="240" w:lineRule="auto"/>
      </w:pPr>
      <w:r>
        <w:separator/>
      </w:r>
    </w:p>
  </w:endnote>
  <w:endnote w:type="continuationSeparator" w:id="0">
    <w:p w14:paraId="1A476890" w14:textId="77777777" w:rsidR="00621E1E" w:rsidRDefault="00621E1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D61A" w14:textId="77777777" w:rsidR="00621E1E" w:rsidRDefault="00621E1E" w:rsidP="006521CC">
      <w:pPr>
        <w:spacing w:after="0" w:line="240" w:lineRule="auto"/>
      </w:pPr>
      <w:r>
        <w:separator/>
      </w:r>
    </w:p>
  </w:footnote>
  <w:footnote w:type="continuationSeparator" w:id="0">
    <w:p w14:paraId="0F3FB1DD" w14:textId="77777777" w:rsidR="00621E1E" w:rsidRDefault="00621E1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20168D"/>
    <w:rsid w:val="00203C34"/>
    <w:rsid w:val="00247B2F"/>
    <w:rsid w:val="0029639D"/>
    <w:rsid w:val="002F361F"/>
    <w:rsid w:val="00326F90"/>
    <w:rsid w:val="003F76C2"/>
    <w:rsid w:val="0054106E"/>
    <w:rsid w:val="00550CB0"/>
    <w:rsid w:val="00614554"/>
    <w:rsid w:val="006214EA"/>
    <w:rsid w:val="00621E1E"/>
    <w:rsid w:val="006521CC"/>
    <w:rsid w:val="007F45AD"/>
    <w:rsid w:val="00886001"/>
    <w:rsid w:val="008C46AA"/>
    <w:rsid w:val="00920391"/>
    <w:rsid w:val="009A6F72"/>
    <w:rsid w:val="009B0BC2"/>
    <w:rsid w:val="009B18AC"/>
    <w:rsid w:val="00A5216A"/>
    <w:rsid w:val="00AA1D8D"/>
    <w:rsid w:val="00B47730"/>
    <w:rsid w:val="00C132CD"/>
    <w:rsid w:val="00C360BD"/>
    <w:rsid w:val="00C90425"/>
    <w:rsid w:val="00CB0664"/>
    <w:rsid w:val="00DC5185"/>
    <w:rsid w:val="00DD76E8"/>
    <w:rsid w:val="00DF34A3"/>
    <w:rsid w:val="00E61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2026-09-02T11:22:00Z</dcterms:created>
  <dcterms:modified xsi:type="dcterms:W3CDTF">2026-09-02T11:22:00Z</dcterms:modified>
  <cp:category/>
</cp:coreProperties>
</file>