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6CE490A5" w:rsidR="00C360BD" w:rsidRDefault="00BB74C0" w:rsidP="00C360BD">
      <w:pPr>
        <w:jc w:val="center"/>
        <w:rPr>
          <w:b/>
          <w:sz w:val="24"/>
        </w:rPr>
      </w:pPr>
      <w:r>
        <w:rPr>
          <w:b/>
          <w:sz w:val="24"/>
        </w:rPr>
        <w:t>Dana Fialová</w:t>
      </w:r>
      <w:r w:rsidR="00EF43A6" w:rsidRPr="00EF43A6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 w:rsidRPr="00BB74C0">
        <w:rPr>
          <w:b/>
          <w:sz w:val="24"/>
        </w:rPr>
        <w:t>Charles 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0E842A0E" w:rsidR="00920391" w:rsidRDefault="00920391" w:rsidP="007F3A24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190BA0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BB74C0" w:rsidRPr="00BB74C0">
        <w:t xml:space="preserve">Changes in the tourist and recreational use of the Vltava River and its impact </w:t>
      </w:r>
      <w:r w:rsidR="00BB74C0">
        <w:br/>
      </w:r>
      <w:r w:rsidR="00BB74C0" w:rsidRPr="00BB74C0">
        <w:t>on the long-term development of municipalities and the local landscape</w:t>
      </w:r>
      <w:r>
        <w:t>”</w:t>
      </w:r>
      <w:r w:rsidR="0048495F">
        <w:t xml:space="preserve"> </w:t>
      </w:r>
    </w:p>
    <w:p w14:paraId="16DB20D1" w14:textId="32C64350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BB74C0">
        <w:t>190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9D6DFA" w14:textId="77777777" w:rsidR="00FF0704" w:rsidRDefault="00FF0704" w:rsidP="006521CC">
      <w:pPr>
        <w:spacing w:after="0" w:line="240" w:lineRule="auto"/>
      </w:pPr>
      <w:r>
        <w:separator/>
      </w:r>
    </w:p>
  </w:endnote>
  <w:endnote w:type="continuationSeparator" w:id="0">
    <w:p w14:paraId="4F18ED4D" w14:textId="77777777" w:rsidR="00FF0704" w:rsidRDefault="00FF0704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A7CF6" w14:textId="77777777" w:rsidR="00FF0704" w:rsidRDefault="00FF0704" w:rsidP="006521CC">
      <w:pPr>
        <w:spacing w:after="0" w:line="240" w:lineRule="auto"/>
      </w:pPr>
      <w:r>
        <w:separator/>
      </w:r>
    </w:p>
  </w:footnote>
  <w:footnote w:type="continuationSeparator" w:id="0">
    <w:p w14:paraId="40A83355" w14:textId="77777777" w:rsidR="00FF0704" w:rsidRDefault="00FF0704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09F7"/>
    <w:rsid w:val="000A7699"/>
    <w:rsid w:val="000E0BA7"/>
    <w:rsid w:val="001443EF"/>
    <w:rsid w:val="0015074B"/>
    <w:rsid w:val="00151EB7"/>
    <w:rsid w:val="00181F7B"/>
    <w:rsid w:val="00190BA0"/>
    <w:rsid w:val="001E1322"/>
    <w:rsid w:val="001E229C"/>
    <w:rsid w:val="001E2352"/>
    <w:rsid w:val="0020168D"/>
    <w:rsid w:val="00203C34"/>
    <w:rsid w:val="00247B2F"/>
    <w:rsid w:val="0029639D"/>
    <w:rsid w:val="002B0023"/>
    <w:rsid w:val="002F361F"/>
    <w:rsid w:val="00326F90"/>
    <w:rsid w:val="003F76C2"/>
    <w:rsid w:val="00425C86"/>
    <w:rsid w:val="0048495F"/>
    <w:rsid w:val="004B7CE2"/>
    <w:rsid w:val="004F738E"/>
    <w:rsid w:val="00503E25"/>
    <w:rsid w:val="005216FA"/>
    <w:rsid w:val="0054106E"/>
    <w:rsid w:val="00550CB0"/>
    <w:rsid w:val="00582199"/>
    <w:rsid w:val="00614554"/>
    <w:rsid w:val="006214EA"/>
    <w:rsid w:val="006521CC"/>
    <w:rsid w:val="006A36DE"/>
    <w:rsid w:val="006E0682"/>
    <w:rsid w:val="007729D9"/>
    <w:rsid w:val="007F3A24"/>
    <w:rsid w:val="007F45AD"/>
    <w:rsid w:val="00886001"/>
    <w:rsid w:val="008C46AA"/>
    <w:rsid w:val="008F3A40"/>
    <w:rsid w:val="00920391"/>
    <w:rsid w:val="009A6F72"/>
    <w:rsid w:val="009B0BC2"/>
    <w:rsid w:val="009B18AC"/>
    <w:rsid w:val="00A140ED"/>
    <w:rsid w:val="00A379DF"/>
    <w:rsid w:val="00A5216A"/>
    <w:rsid w:val="00AA1D8D"/>
    <w:rsid w:val="00AB43EE"/>
    <w:rsid w:val="00AF1882"/>
    <w:rsid w:val="00B47730"/>
    <w:rsid w:val="00B67FDC"/>
    <w:rsid w:val="00B97FC9"/>
    <w:rsid w:val="00BB74C0"/>
    <w:rsid w:val="00C132CD"/>
    <w:rsid w:val="00C13585"/>
    <w:rsid w:val="00C360BD"/>
    <w:rsid w:val="00C56B91"/>
    <w:rsid w:val="00C90425"/>
    <w:rsid w:val="00CB0664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3278"/>
    <w:rsid w:val="00EF43A6"/>
    <w:rsid w:val="00FC693F"/>
    <w:rsid w:val="00FF0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2026-09-02T12:12:00Z</dcterms:created>
  <dcterms:modified xsi:type="dcterms:W3CDTF">2026-09-02T12:12:00Z</dcterms:modified>
  <cp:category/>
</cp:coreProperties>
</file>