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0C72063" w:rsidR="00C360BD" w:rsidRDefault="009E7246" w:rsidP="00C360BD">
      <w:pPr>
        <w:jc w:val="center"/>
        <w:rPr>
          <w:b/>
          <w:sz w:val="24"/>
        </w:rPr>
      </w:pPr>
      <w:r w:rsidRPr="009E7246">
        <w:rPr>
          <w:b/>
          <w:sz w:val="24"/>
        </w:rPr>
        <w:t>Dana Řezníčková</w:t>
      </w:r>
      <w:r w:rsidRPr="009E724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9E7246">
        <w:rPr>
          <w:b/>
          <w:sz w:val="24"/>
        </w:rPr>
        <w:t>Charles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CF14426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8F094E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proofErr w:type="spellStart"/>
      <w:r w:rsidR="009E7246" w:rsidRPr="009E7246">
        <w:t>MapStrApp</w:t>
      </w:r>
      <w:proofErr w:type="spellEnd"/>
      <w:r w:rsidR="009E7246" w:rsidRPr="009E7246">
        <w:t xml:space="preserve">: A Digital Application for Developing Map-Use Strategies </w:t>
      </w:r>
      <w:r w:rsidR="009E7246">
        <w:br/>
      </w:r>
      <w:r w:rsidR="009E7246" w:rsidRPr="009E7246">
        <w:t>in Geography Education</w:t>
      </w:r>
      <w:r>
        <w:t>”</w:t>
      </w:r>
      <w:r w:rsidR="0048495F">
        <w:t xml:space="preserve"> </w:t>
      </w:r>
    </w:p>
    <w:p w14:paraId="16DB20D1" w14:textId="3DDC6822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8F094E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8011E" w14:textId="77777777" w:rsidR="00A7637D" w:rsidRDefault="00A7637D" w:rsidP="006521CC">
      <w:pPr>
        <w:spacing w:after="0" w:line="240" w:lineRule="auto"/>
      </w:pPr>
      <w:r>
        <w:separator/>
      </w:r>
    </w:p>
  </w:endnote>
  <w:endnote w:type="continuationSeparator" w:id="0">
    <w:p w14:paraId="3350D7D4" w14:textId="77777777" w:rsidR="00A7637D" w:rsidRDefault="00A7637D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F4725" w14:textId="77777777" w:rsidR="00A7637D" w:rsidRDefault="00A7637D" w:rsidP="006521CC">
      <w:pPr>
        <w:spacing w:after="0" w:line="240" w:lineRule="auto"/>
      </w:pPr>
      <w:r>
        <w:separator/>
      </w:r>
    </w:p>
  </w:footnote>
  <w:footnote w:type="continuationSeparator" w:id="0">
    <w:p w14:paraId="0BD1BADA" w14:textId="77777777" w:rsidR="00A7637D" w:rsidRDefault="00A7637D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7637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D41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2026-09-03T08:56:00Z</dcterms:created>
  <dcterms:modified xsi:type="dcterms:W3CDTF">2026-09-03T08:56:00Z</dcterms:modified>
  <cp:category/>
</cp:coreProperties>
</file>