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5C633089" w:rsidR="00C360BD" w:rsidRDefault="00FE3B3C" w:rsidP="00C360BD">
      <w:pPr>
        <w:jc w:val="center"/>
        <w:rPr>
          <w:b/>
          <w:sz w:val="24"/>
        </w:rPr>
      </w:pPr>
      <w:r w:rsidRPr="00FE3B3C">
        <w:rPr>
          <w:b/>
          <w:sz w:val="24"/>
        </w:rPr>
        <w:t>Daša Oremusová</w:t>
      </w:r>
      <w:r w:rsidRPr="00FE3B3C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FE3B3C">
        <w:rPr>
          <w:b/>
          <w:sz w:val="24"/>
        </w:rPr>
        <w:t>Constantine the Philosopher University in Nitra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4893C651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FE3B3C">
        <w:t>Poster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FE3B3C" w:rsidRPr="00FE3B3C">
        <w:t>Spatial Dimensions of the Cyrillo-</w:t>
      </w:r>
      <w:proofErr w:type="spellStart"/>
      <w:r w:rsidR="00FE3B3C" w:rsidRPr="00FE3B3C">
        <w:t>Methodian</w:t>
      </w:r>
      <w:proofErr w:type="spellEnd"/>
      <w:r w:rsidR="00FE3B3C" w:rsidRPr="00FE3B3C">
        <w:t xml:space="preserve"> Heritage in Slovakia </w:t>
      </w:r>
      <w:r w:rsidR="00FE3B3C">
        <w:br/>
      </w:r>
      <w:r w:rsidR="00FE3B3C" w:rsidRPr="00FE3B3C">
        <w:t>and Forms of Its Development</w:t>
      </w:r>
      <w:r>
        <w:t>”</w:t>
      </w:r>
      <w:r w:rsidR="0048495F">
        <w:t xml:space="preserve"> </w:t>
      </w:r>
    </w:p>
    <w:p w14:paraId="16DB20D1" w14:textId="15F49001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FE3B3C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A35E8" w14:textId="77777777" w:rsidR="009D4EF1" w:rsidRDefault="009D4EF1" w:rsidP="006521CC">
      <w:pPr>
        <w:spacing w:after="0" w:line="240" w:lineRule="auto"/>
      </w:pPr>
      <w:r>
        <w:separator/>
      </w:r>
    </w:p>
  </w:endnote>
  <w:endnote w:type="continuationSeparator" w:id="0">
    <w:p w14:paraId="6A55C7A4" w14:textId="77777777" w:rsidR="009D4EF1" w:rsidRDefault="009D4EF1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0092C" w14:textId="77777777" w:rsidR="009D4EF1" w:rsidRDefault="009D4EF1" w:rsidP="006521CC">
      <w:pPr>
        <w:spacing w:after="0" w:line="240" w:lineRule="auto"/>
      </w:pPr>
      <w:r>
        <w:separator/>
      </w:r>
    </w:p>
  </w:footnote>
  <w:footnote w:type="continuationSeparator" w:id="0">
    <w:p w14:paraId="469E5869" w14:textId="77777777" w:rsidR="009D4EF1" w:rsidRDefault="009D4EF1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37A3E"/>
    <w:rsid w:val="0006063C"/>
    <w:rsid w:val="000628E7"/>
    <w:rsid w:val="000809F7"/>
    <w:rsid w:val="0009007E"/>
    <w:rsid w:val="000A7699"/>
    <w:rsid w:val="000C2B74"/>
    <w:rsid w:val="000D682E"/>
    <w:rsid w:val="000E0BA7"/>
    <w:rsid w:val="001033F6"/>
    <w:rsid w:val="0012049E"/>
    <w:rsid w:val="00121D80"/>
    <w:rsid w:val="00130B40"/>
    <w:rsid w:val="001443EF"/>
    <w:rsid w:val="0015074B"/>
    <w:rsid w:val="00151EB7"/>
    <w:rsid w:val="00153406"/>
    <w:rsid w:val="0016720D"/>
    <w:rsid w:val="00181F7B"/>
    <w:rsid w:val="00190BA0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9639D"/>
    <w:rsid w:val="002A44B9"/>
    <w:rsid w:val="002B0023"/>
    <w:rsid w:val="002F361F"/>
    <w:rsid w:val="003147CF"/>
    <w:rsid w:val="003202CB"/>
    <w:rsid w:val="00325BF6"/>
    <w:rsid w:val="00326F90"/>
    <w:rsid w:val="00347F2A"/>
    <w:rsid w:val="003542D6"/>
    <w:rsid w:val="00354AD2"/>
    <w:rsid w:val="003D262F"/>
    <w:rsid w:val="003F50F6"/>
    <w:rsid w:val="003F76C2"/>
    <w:rsid w:val="00400246"/>
    <w:rsid w:val="004124AD"/>
    <w:rsid w:val="0041783B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216FA"/>
    <w:rsid w:val="005364D7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521CC"/>
    <w:rsid w:val="00663F88"/>
    <w:rsid w:val="006715B2"/>
    <w:rsid w:val="00680015"/>
    <w:rsid w:val="006A0249"/>
    <w:rsid w:val="006A36DE"/>
    <w:rsid w:val="006A3DF2"/>
    <w:rsid w:val="006B1A1C"/>
    <w:rsid w:val="006B48F4"/>
    <w:rsid w:val="006E0682"/>
    <w:rsid w:val="0070220F"/>
    <w:rsid w:val="00726B5C"/>
    <w:rsid w:val="007274B7"/>
    <w:rsid w:val="00736BFD"/>
    <w:rsid w:val="007729D9"/>
    <w:rsid w:val="007C57FD"/>
    <w:rsid w:val="007F250E"/>
    <w:rsid w:val="007F3A24"/>
    <w:rsid w:val="007F45AD"/>
    <w:rsid w:val="0084189D"/>
    <w:rsid w:val="0085407C"/>
    <w:rsid w:val="00886001"/>
    <w:rsid w:val="00886B87"/>
    <w:rsid w:val="008C46AA"/>
    <w:rsid w:val="008C5BD5"/>
    <w:rsid w:val="008C685B"/>
    <w:rsid w:val="008F3A40"/>
    <w:rsid w:val="00901CFE"/>
    <w:rsid w:val="00902BBE"/>
    <w:rsid w:val="00920391"/>
    <w:rsid w:val="0096413A"/>
    <w:rsid w:val="009863E5"/>
    <w:rsid w:val="009A6B67"/>
    <w:rsid w:val="009A6F72"/>
    <w:rsid w:val="009B0BC2"/>
    <w:rsid w:val="009B18AC"/>
    <w:rsid w:val="009B3BF5"/>
    <w:rsid w:val="009D4524"/>
    <w:rsid w:val="009D4EF1"/>
    <w:rsid w:val="009D6279"/>
    <w:rsid w:val="00A140ED"/>
    <w:rsid w:val="00A379DF"/>
    <w:rsid w:val="00A44F79"/>
    <w:rsid w:val="00A5216A"/>
    <w:rsid w:val="00A825A6"/>
    <w:rsid w:val="00A8317B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7219F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853D9"/>
    <w:rsid w:val="00C90425"/>
    <w:rsid w:val="00C932DF"/>
    <w:rsid w:val="00C9426E"/>
    <w:rsid w:val="00C95BF0"/>
    <w:rsid w:val="00CB0664"/>
    <w:rsid w:val="00CC0B6A"/>
    <w:rsid w:val="00CC1C23"/>
    <w:rsid w:val="00D20CA2"/>
    <w:rsid w:val="00D55DFF"/>
    <w:rsid w:val="00D5784E"/>
    <w:rsid w:val="00D73ABD"/>
    <w:rsid w:val="00D968DD"/>
    <w:rsid w:val="00DA0589"/>
    <w:rsid w:val="00DC5185"/>
    <w:rsid w:val="00DD76E8"/>
    <w:rsid w:val="00DE07D6"/>
    <w:rsid w:val="00DF34A3"/>
    <w:rsid w:val="00E131D6"/>
    <w:rsid w:val="00E37E56"/>
    <w:rsid w:val="00E610F7"/>
    <w:rsid w:val="00E63839"/>
    <w:rsid w:val="00E71E5A"/>
    <w:rsid w:val="00E7362D"/>
    <w:rsid w:val="00EB26F4"/>
    <w:rsid w:val="00EE13C6"/>
    <w:rsid w:val="00EE3278"/>
    <w:rsid w:val="00EF43A6"/>
    <w:rsid w:val="00F04A69"/>
    <w:rsid w:val="00F25ABC"/>
    <w:rsid w:val="00F5106D"/>
    <w:rsid w:val="00F6631A"/>
    <w:rsid w:val="00F66C19"/>
    <w:rsid w:val="00F82DDE"/>
    <w:rsid w:val="00FA128E"/>
    <w:rsid w:val="00FC693F"/>
    <w:rsid w:val="00FD1A5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2026-09-03T07:56:00Z</dcterms:created>
  <dcterms:modified xsi:type="dcterms:W3CDTF">2026-09-03T07:56:00Z</dcterms:modified>
  <cp:category/>
</cp:coreProperties>
</file>