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256CE66" w:rsidR="00C360BD" w:rsidRDefault="00B97FC9" w:rsidP="00C360BD">
      <w:pPr>
        <w:jc w:val="center"/>
        <w:rPr>
          <w:b/>
          <w:sz w:val="24"/>
        </w:rPr>
      </w:pPr>
      <w:r>
        <w:rPr>
          <w:b/>
          <w:sz w:val="24"/>
        </w:rPr>
        <w:t>Branislav Bleha</w:t>
      </w:r>
      <w:r w:rsidR="001E2352" w:rsidRPr="001E235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03BE7DD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E235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97FC9" w:rsidRPr="00B97FC9">
        <w:t xml:space="preserve">Demography and geography of longevity. Will half of the people from </w:t>
      </w:r>
      <w:r w:rsidR="00B97FC9">
        <w:br/>
      </w:r>
      <w:r w:rsidR="00B97FC9" w:rsidRPr="00B97FC9">
        <w:t>generation</w:t>
      </w:r>
      <w:r w:rsidR="00B97FC9">
        <w:t xml:space="preserve"> </w:t>
      </w:r>
      <w:r w:rsidR="00B97FC9" w:rsidRPr="00B97FC9">
        <w:t>Alpha be centenarians?</w:t>
      </w:r>
      <w:r>
        <w:t>”</w:t>
      </w:r>
    </w:p>
    <w:p w14:paraId="16DB20D1" w14:textId="1204476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97FC9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B8CC3" w14:textId="77777777" w:rsidR="00D807DF" w:rsidRDefault="00D807DF" w:rsidP="006521CC">
      <w:pPr>
        <w:spacing w:after="0" w:line="240" w:lineRule="auto"/>
      </w:pPr>
      <w:r>
        <w:separator/>
      </w:r>
    </w:p>
  </w:endnote>
  <w:endnote w:type="continuationSeparator" w:id="0">
    <w:p w14:paraId="06C39A0E" w14:textId="77777777" w:rsidR="00D807DF" w:rsidRDefault="00D807D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9942F" w14:textId="77777777" w:rsidR="00D807DF" w:rsidRDefault="00D807DF" w:rsidP="006521CC">
      <w:pPr>
        <w:spacing w:after="0" w:line="240" w:lineRule="auto"/>
      </w:pPr>
      <w:r>
        <w:separator/>
      </w:r>
    </w:p>
  </w:footnote>
  <w:footnote w:type="continuationSeparator" w:id="0">
    <w:p w14:paraId="4370B092" w14:textId="77777777" w:rsidR="00D807DF" w:rsidRDefault="00D807D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F76C2"/>
    <w:rsid w:val="004F738E"/>
    <w:rsid w:val="0054106E"/>
    <w:rsid w:val="00550CB0"/>
    <w:rsid w:val="00614554"/>
    <w:rsid w:val="006214EA"/>
    <w:rsid w:val="006521CC"/>
    <w:rsid w:val="006A36DE"/>
    <w:rsid w:val="007F45AD"/>
    <w:rsid w:val="00886001"/>
    <w:rsid w:val="008C46AA"/>
    <w:rsid w:val="00920391"/>
    <w:rsid w:val="009A6F72"/>
    <w:rsid w:val="009B0BC2"/>
    <w:rsid w:val="009B18AC"/>
    <w:rsid w:val="00A5216A"/>
    <w:rsid w:val="00AA1D8D"/>
    <w:rsid w:val="00B47730"/>
    <w:rsid w:val="00B97FC9"/>
    <w:rsid w:val="00C132CD"/>
    <w:rsid w:val="00C360BD"/>
    <w:rsid w:val="00C90425"/>
    <w:rsid w:val="00CB0664"/>
    <w:rsid w:val="00D807DF"/>
    <w:rsid w:val="00DC5185"/>
    <w:rsid w:val="00DD76E8"/>
    <w:rsid w:val="00DF34A3"/>
    <w:rsid w:val="00E610F7"/>
    <w:rsid w:val="00EB26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2026-09-02T11:39:00Z</dcterms:created>
  <dcterms:modified xsi:type="dcterms:W3CDTF">2026-09-02T11:39:00Z</dcterms:modified>
  <cp:category/>
</cp:coreProperties>
</file>