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EEAEC5F" w:rsidR="00C360BD" w:rsidRDefault="00E610F7" w:rsidP="00C360BD">
      <w:pPr>
        <w:jc w:val="center"/>
        <w:rPr>
          <w:b/>
          <w:sz w:val="24"/>
        </w:rPr>
      </w:pPr>
      <w:r w:rsidRPr="00E610F7">
        <w:rPr>
          <w:b/>
          <w:sz w:val="24"/>
        </w:rPr>
        <w:t>Artur Bajerski</w:t>
      </w:r>
      <w:r w:rsidRPr="00E610F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610F7">
        <w:rPr>
          <w:b/>
          <w:sz w:val="24"/>
        </w:rPr>
        <w:t xml:space="preserve">Adam Mickiewicz University in </w:t>
      </w:r>
      <w:proofErr w:type="spellStart"/>
      <w:r w:rsidRPr="00E610F7">
        <w:rPr>
          <w:b/>
          <w:sz w:val="24"/>
        </w:rPr>
        <w:t>Poznań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B6F92BF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610F7" w:rsidRPr="00E610F7">
        <w:t xml:space="preserve">Who Lived Where? Distribution and Concentration of Socio-Professional </w:t>
      </w:r>
      <w:r w:rsidR="00E610F7">
        <w:br/>
      </w:r>
      <w:r w:rsidR="00E610F7" w:rsidRPr="00E610F7">
        <w:t xml:space="preserve">Groups in Interwar </w:t>
      </w:r>
      <w:proofErr w:type="spellStart"/>
      <w:r w:rsidR="00E610F7" w:rsidRPr="00E610F7">
        <w:t>Poznań's</w:t>
      </w:r>
      <w:proofErr w:type="spellEnd"/>
      <w:r w:rsidR="00E610F7" w:rsidRPr="00E610F7">
        <w:t xml:space="preserve"> City Centre</w:t>
      </w:r>
      <w:r>
        <w:t>”</w:t>
      </w:r>
    </w:p>
    <w:p w14:paraId="16DB20D1" w14:textId="01E4467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DF34A3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AFCC9" w14:textId="77777777" w:rsidR="009B12E4" w:rsidRDefault="009B12E4" w:rsidP="006521CC">
      <w:pPr>
        <w:spacing w:after="0" w:line="240" w:lineRule="auto"/>
      </w:pPr>
      <w:r>
        <w:separator/>
      </w:r>
    </w:p>
  </w:endnote>
  <w:endnote w:type="continuationSeparator" w:id="0">
    <w:p w14:paraId="7E29E2D6" w14:textId="77777777" w:rsidR="009B12E4" w:rsidRDefault="009B12E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9BB7" w14:textId="77777777" w:rsidR="009B12E4" w:rsidRDefault="009B12E4" w:rsidP="006521CC">
      <w:pPr>
        <w:spacing w:after="0" w:line="240" w:lineRule="auto"/>
      </w:pPr>
      <w:r>
        <w:separator/>
      </w:r>
    </w:p>
  </w:footnote>
  <w:footnote w:type="continuationSeparator" w:id="0">
    <w:p w14:paraId="1F93A53E" w14:textId="77777777" w:rsidR="009B12E4" w:rsidRDefault="009B12E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20168D"/>
    <w:rsid w:val="00203C34"/>
    <w:rsid w:val="00247B2F"/>
    <w:rsid w:val="0029639D"/>
    <w:rsid w:val="002F361F"/>
    <w:rsid w:val="00326F90"/>
    <w:rsid w:val="003F76C2"/>
    <w:rsid w:val="0054106E"/>
    <w:rsid w:val="00550CB0"/>
    <w:rsid w:val="00614554"/>
    <w:rsid w:val="006214EA"/>
    <w:rsid w:val="006521CC"/>
    <w:rsid w:val="007F45AD"/>
    <w:rsid w:val="008C46AA"/>
    <w:rsid w:val="00920391"/>
    <w:rsid w:val="009A6F72"/>
    <w:rsid w:val="009B12E4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DF34A3"/>
    <w:rsid w:val="00E61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2026-09-02T11:19:00Z</dcterms:created>
  <dcterms:modified xsi:type="dcterms:W3CDTF">2026-09-02T11:19:00Z</dcterms:modified>
  <cp:category/>
</cp:coreProperties>
</file>