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C3E933C" w:rsidR="00C360BD" w:rsidRDefault="00FE1408" w:rsidP="00C360BD">
      <w:pPr>
        <w:jc w:val="center"/>
        <w:rPr>
          <w:b/>
          <w:sz w:val="24"/>
        </w:rPr>
      </w:pPr>
      <w:r w:rsidRPr="00FE1408">
        <w:rPr>
          <w:b/>
          <w:sz w:val="24"/>
        </w:rPr>
        <w:t xml:space="preserve">Angelika </w:t>
      </w:r>
      <w:r>
        <w:rPr>
          <w:b/>
          <w:sz w:val="24"/>
        </w:rPr>
        <w:t>Šv</w:t>
      </w:r>
      <w:r w:rsidRPr="00FE1408">
        <w:rPr>
          <w:b/>
          <w:sz w:val="24"/>
        </w:rPr>
        <w:t>ecov</w:t>
      </w:r>
      <w:r>
        <w:rPr>
          <w:b/>
          <w:sz w:val="24"/>
        </w:rPr>
        <w:t>á</w:t>
      </w:r>
      <w:r w:rsidRPr="00FE140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F806F5" w:rsidRPr="00F806F5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1FC0CE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E1408" w:rsidRPr="00FE1408">
        <w:t>Pre-primary Education in Slovakia from the Perspective of Local Governments: Implementation, Challenges, and Inequalities</w:t>
      </w:r>
      <w:r>
        <w:t>”</w:t>
      </w:r>
      <w:r w:rsidR="0048495F">
        <w:t xml:space="preserve"> </w:t>
      </w:r>
    </w:p>
    <w:p w14:paraId="16DB20D1" w14:textId="10CB75A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E1408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28397" w14:textId="77777777" w:rsidR="00211181" w:rsidRDefault="00211181" w:rsidP="006521CC">
      <w:pPr>
        <w:spacing w:after="0" w:line="240" w:lineRule="auto"/>
      </w:pPr>
      <w:r>
        <w:separator/>
      </w:r>
    </w:p>
  </w:endnote>
  <w:endnote w:type="continuationSeparator" w:id="0">
    <w:p w14:paraId="4E592588" w14:textId="77777777" w:rsidR="00211181" w:rsidRDefault="0021118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0C1E" w14:textId="77777777" w:rsidR="00211181" w:rsidRDefault="00211181" w:rsidP="006521CC">
      <w:pPr>
        <w:spacing w:after="0" w:line="240" w:lineRule="auto"/>
      </w:pPr>
      <w:r>
        <w:separator/>
      </w:r>
    </w:p>
  </w:footnote>
  <w:footnote w:type="continuationSeparator" w:id="0">
    <w:p w14:paraId="4D984D3F" w14:textId="77777777" w:rsidR="00211181" w:rsidRDefault="0021118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181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2026-09-03T08:35:00Z</dcterms:created>
  <dcterms:modified xsi:type="dcterms:W3CDTF">2026-09-03T08:35:00Z</dcterms:modified>
  <cp:category/>
</cp:coreProperties>
</file>